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B9BD" w14:textId="355043B7" w:rsidR="00CB2EA6" w:rsidRPr="00BD57C4" w:rsidRDefault="00BD57C4">
      <w:pPr>
        <w:pStyle w:val="Tytu"/>
        <w:jc w:val="center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67F9047" wp14:editId="43CCE0C6">
            <wp:simplePos x="0" y="0"/>
            <wp:positionH relativeFrom="column">
              <wp:posOffset>333057</wp:posOffset>
            </wp:positionH>
            <wp:positionV relativeFrom="paragraph">
              <wp:posOffset>-691198</wp:posOffset>
            </wp:positionV>
            <wp:extent cx="5975985" cy="511810"/>
            <wp:effectExtent l="0" t="0" r="0" b="0"/>
            <wp:wrapTopAndBottom/>
            <wp:docPr id="2035436277" name="Logotypy programu" descr="Logotypy Fundusze Europejskie dla Małopolski, Rzeczpospolita Polska, Unia Europejska i Małopol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5985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924" w:rsidRPr="00BD57C4">
        <w:rPr>
          <w:rFonts w:ascii="Tahoma" w:hAnsi="Tahoma" w:cs="Tahoma"/>
          <w:sz w:val="24"/>
          <w:szCs w:val="24"/>
        </w:rPr>
        <w:t>FOR</w:t>
      </w:r>
      <w:r w:rsidR="00734924" w:rsidRPr="00BD57C4">
        <w:rPr>
          <w:rFonts w:ascii="Tahoma" w:hAnsi="Tahoma" w:cs="Tahoma"/>
          <w:sz w:val="24"/>
          <w:szCs w:val="24"/>
        </w:rPr>
        <w:t>MULARZ ZGŁOSZENIOWY UCZESTNIKA PROJEKTU</w:t>
      </w:r>
    </w:p>
    <w:p w14:paraId="5A4470C9" w14:textId="77777777" w:rsidR="00CB2EA6" w:rsidRPr="00BD57C4" w:rsidRDefault="00734924">
      <w:pPr>
        <w:jc w:val="center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WSPARCIE NA (RE)STARCIE</w:t>
      </w:r>
    </w:p>
    <w:p w14:paraId="3057CCF2" w14:textId="77777777" w:rsidR="00BD57C4" w:rsidRDefault="00BD57C4">
      <w:pPr>
        <w:jc w:val="center"/>
        <w:rPr>
          <w:rFonts w:ascii="Tahoma" w:hAnsi="Tahoma" w:cs="Tahoma"/>
          <w:i/>
          <w:sz w:val="24"/>
          <w:szCs w:val="24"/>
        </w:rPr>
      </w:pPr>
    </w:p>
    <w:p w14:paraId="0EA7A2DE" w14:textId="0BA0BBF8" w:rsidR="00CB2EA6" w:rsidRPr="00BD57C4" w:rsidRDefault="00734924">
      <w:pPr>
        <w:jc w:val="center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i/>
          <w:sz w:val="24"/>
          <w:szCs w:val="24"/>
        </w:rPr>
        <w:t>Załącznik nr 1 do Regulaminu rekrutacji i uczestnictwa</w:t>
      </w:r>
    </w:p>
    <w:tbl>
      <w:tblPr>
        <w:tblW w:w="1027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063"/>
      </w:tblGrid>
      <w:tr w:rsidR="00CB2EA6" w:rsidRPr="00BD57C4" w14:paraId="10DA57AE" w14:textId="77777777" w:rsidTr="00D33F43">
        <w:trPr>
          <w:tblHeader/>
          <w:jc w:val="center"/>
        </w:trPr>
        <w:tc>
          <w:tcPr>
            <w:tcW w:w="521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FDBF0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Informacja</w:t>
            </w:r>
          </w:p>
        </w:tc>
        <w:tc>
          <w:tcPr>
            <w:tcW w:w="5063" w:type="dxa"/>
            <w:shd w:val="clear" w:color="auto" w:fill="BFBFBF" w:themeFill="background1" w:themeFillShade="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45765A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Wartość</w:t>
            </w:r>
          </w:p>
        </w:tc>
      </w:tr>
      <w:tr w:rsidR="00CB2EA6" w:rsidRPr="00BD57C4" w14:paraId="6735395F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6260CA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Beneficjent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7F02A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JMM Sp. z o.o.</w:t>
            </w:r>
          </w:p>
        </w:tc>
      </w:tr>
      <w:tr w:rsidR="00CB2EA6" w:rsidRPr="00BD57C4" w14:paraId="10028225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6E19A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Projekt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69C6F5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WSPARCIE NA (RE)STARCIE</w:t>
            </w:r>
          </w:p>
        </w:tc>
      </w:tr>
      <w:tr w:rsidR="00CB2EA6" w:rsidRPr="00BD57C4" w14:paraId="56783EBD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77073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Nr projektu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1CFA9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FEMP.06.06-IP.02-0050/25</w:t>
            </w:r>
          </w:p>
        </w:tc>
      </w:tr>
      <w:tr w:rsidR="00CB2EA6" w:rsidRPr="00BD57C4" w14:paraId="70E9F222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0BC947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Biuro Projektu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582DC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ul. Rynek 4, pok. 2.7, 32-300 Olkusz</w:t>
            </w:r>
          </w:p>
        </w:tc>
      </w:tr>
      <w:tr w:rsidR="00CB2EA6" w:rsidRPr="00BD57C4" w14:paraId="51B5A910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FAF5BD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E-mail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24960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wsparcienarestarcie@jmm.net.pl</w:t>
            </w:r>
          </w:p>
        </w:tc>
      </w:tr>
      <w:tr w:rsidR="00CB2EA6" w:rsidRPr="00BD57C4" w14:paraId="6ED2E976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3A5B3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Telefon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8AA88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535 817 566, 660 713 090</w:t>
            </w:r>
          </w:p>
        </w:tc>
      </w:tr>
      <w:tr w:rsidR="00CB2EA6" w:rsidRPr="00BD57C4" w14:paraId="1E65700B" w14:textId="77777777" w:rsidTr="00D33F43">
        <w:trPr>
          <w:cantSplit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34DB4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Strona WWW</w:t>
            </w:r>
          </w:p>
        </w:tc>
        <w:tc>
          <w:tcPr>
            <w:tcW w:w="506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8B35B" w14:textId="77777777" w:rsidR="00CB2EA6" w:rsidRPr="00BD57C4" w:rsidRDefault="00734924" w:rsidP="00BD57C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www.jmm.net.pl/50</w:t>
            </w:r>
          </w:p>
        </w:tc>
      </w:tr>
    </w:tbl>
    <w:p w14:paraId="2E8A530C" w14:textId="77777777" w:rsidR="00BD57C4" w:rsidRDefault="00BD57C4">
      <w:pPr>
        <w:rPr>
          <w:rFonts w:ascii="Tahoma" w:hAnsi="Tahoma" w:cs="Tahoma"/>
          <w:b/>
          <w:sz w:val="24"/>
          <w:szCs w:val="24"/>
        </w:rPr>
      </w:pPr>
    </w:p>
    <w:p w14:paraId="34882280" w14:textId="6D4FEED5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 xml:space="preserve">Wymogi formalne: </w:t>
      </w:r>
      <w:r w:rsidRPr="00BD57C4">
        <w:rPr>
          <w:rFonts w:ascii="Tahoma" w:hAnsi="Tahoma" w:cs="Tahoma"/>
          <w:sz w:val="24"/>
          <w:szCs w:val="24"/>
        </w:rPr>
        <w:t>formularz należy wypełnić czytelnie w języku polskim. Pola niewłaściwe należy oznaczyć „nie dotyczy”. Dokumenty i podpisy powinny być kompletne i czytelne. W razie potrzeby personel Projektu zapewnia pomoc w wypełnieniu dokumentów oraz dostępne formy komunikacji.</w:t>
      </w:r>
    </w:p>
    <w:p w14:paraId="65A04D6F" w14:textId="77777777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A. Dane rekrutacyjne – wypełnia personel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CB2EA6" w:rsidRPr="00BD57C4" w14:paraId="28ACB6BB" w14:textId="77777777" w:rsidTr="00D33F43">
        <w:trPr>
          <w:tblHeader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7795C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796AF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CB2EA6" w:rsidRPr="00BD57C4" w14:paraId="1E3F518B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AE0DB" w14:textId="5E1CEA71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Nr formularza / kod Kandydata</w:t>
            </w:r>
            <w:r w:rsidR="0040058E">
              <w:rPr>
                <w:rFonts w:ascii="Tahoma" w:hAnsi="Tahoma" w:cs="Tahoma"/>
                <w:sz w:val="24"/>
                <w:szCs w:val="24"/>
              </w:rPr>
              <w:t>/</w:t>
            </w:r>
            <w:proofErr w:type="spellStart"/>
            <w:r w:rsidR="0040058E">
              <w:rPr>
                <w:rFonts w:ascii="Tahoma" w:hAnsi="Tahoma" w:cs="Tahoma"/>
                <w:sz w:val="24"/>
                <w:szCs w:val="24"/>
              </w:rPr>
              <w:t>KAndydatki</w:t>
            </w:r>
            <w:proofErr w:type="spellEnd"/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CFA53" w14:textId="77777777" w:rsidR="0040058E" w:rsidRDefault="0040058E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41C0D886" w14:textId="248AE3AC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……………………………………………………… (wypełnia personel)</w:t>
            </w:r>
          </w:p>
        </w:tc>
      </w:tr>
      <w:tr w:rsidR="00CB2EA6" w:rsidRPr="00BD57C4" w14:paraId="15A96B80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27F232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Data wpływu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39A40C" w14:textId="77777777" w:rsidR="0040058E" w:rsidRDefault="0040058E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5D836AEA" w14:textId="165AECC3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……………………………………………………… (wypełnia personel)</w:t>
            </w:r>
          </w:p>
        </w:tc>
      </w:tr>
    </w:tbl>
    <w:p w14:paraId="3FEBC8F4" w14:textId="77777777" w:rsidR="00BD57C4" w:rsidRDefault="00BD57C4">
      <w:pPr>
        <w:pStyle w:val="Nagwek2"/>
        <w:rPr>
          <w:rFonts w:ascii="Tahoma" w:hAnsi="Tahoma" w:cs="Tahoma"/>
          <w:sz w:val="24"/>
          <w:szCs w:val="24"/>
        </w:rPr>
      </w:pPr>
    </w:p>
    <w:p w14:paraId="4CC7A828" w14:textId="77777777" w:rsidR="00BD57C4" w:rsidRDefault="00BD57C4" w:rsidP="00BD57C4"/>
    <w:p w14:paraId="45BD0373" w14:textId="77777777" w:rsidR="00BD57C4" w:rsidRDefault="00BD57C4" w:rsidP="00BD57C4"/>
    <w:p w14:paraId="7638D648" w14:textId="77777777" w:rsidR="00BD57C4" w:rsidRDefault="00BD57C4" w:rsidP="00BD57C4"/>
    <w:p w14:paraId="1F8DD4D6" w14:textId="1BE87561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lastRenderedPageBreak/>
        <w:t>B. Dane osobowe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315"/>
      </w:tblGrid>
      <w:tr w:rsidR="00CB2EA6" w:rsidRPr="00BD57C4" w14:paraId="62C25637" w14:textId="77777777" w:rsidTr="00D33F43">
        <w:trPr>
          <w:tblHeader/>
          <w:jc w:val="center"/>
        </w:trPr>
        <w:tc>
          <w:tcPr>
            <w:tcW w:w="4111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2AC639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6315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34030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CB2EA6" w:rsidRPr="00BD57C4" w14:paraId="4FD2E997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26195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Imię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1676A8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0FAEA8BC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82889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Nazwisko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7F213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259D45A5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8BE214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PESEL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6CF26F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1F4F126C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85A30F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Inny identyfikator / data urodzenia – tylko w przypadku braku PESEL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D414E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1DD85F51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27ED8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Płeć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48F47F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D57C4">
              <w:rPr>
                <w:rFonts w:ascii="Tahoma" w:hAnsi="Tahoma" w:cs="Tahoma"/>
                <w:sz w:val="24"/>
                <w:szCs w:val="24"/>
              </w:rPr>
              <w:t xml:space="preserve"> Kobieta   </w:t>
            </w:r>
            <w:r w:rsidRPr="00BD57C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D57C4">
              <w:rPr>
                <w:rFonts w:ascii="Tahoma" w:hAnsi="Tahoma" w:cs="Tahoma"/>
                <w:sz w:val="24"/>
                <w:szCs w:val="24"/>
              </w:rPr>
              <w:t xml:space="preserve"> Mężczyzna</w:t>
            </w:r>
          </w:p>
        </w:tc>
      </w:tr>
      <w:tr w:rsidR="00CB2EA6" w:rsidRPr="00BD57C4" w14:paraId="134F80DC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D5C3A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Wykształcenie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93DAE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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ISCED 0 </w:t>
            </w:r>
          </w:p>
          <w:p w14:paraId="26F033A6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 xml:space="preserve">niższe niż podstawowe brak formalnego wykształcenia </w:t>
            </w:r>
          </w:p>
          <w:p w14:paraId="67FA2F75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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ISCED 1 </w:t>
            </w:r>
          </w:p>
          <w:p w14:paraId="03FB98A3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podstawowe (dotyczy osób, które ukończyły szkołę podstawową)</w:t>
            </w:r>
          </w:p>
          <w:p w14:paraId="661B65BA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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ISCED 2 </w:t>
            </w:r>
          </w:p>
          <w:p w14:paraId="441A7978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gimnazjalne (dotyczy osób, które ukończyły gimnazjum)</w:t>
            </w:r>
          </w:p>
          <w:p w14:paraId="46B2D5D2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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ISCED 3 </w:t>
            </w:r>
          </w:p>
          <w:p w14:paraId="55C1C256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ponadgimnazjalne (dotyczy osób, które ukończyły Liceum ogólnokształcące, Liceum profilowane, Technikum, Uzupełniające liceum ogólnokształcące, Technikum uzupełniające lub Zasadniczą szkołę zawodową)</w:t>
            </w:r>
          </w:p>
          <w:p w14:paraId="05495069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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ISCED 4 </w:t>
            </w:r>
          </w:p>
          <w:p w14:paraId="689E8696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policealne (dotyczy osób, które ukończyły szkołę policealną)</w:t>
            </w:r>
          </w:p>
          <w:p w14:paraId="249E1C69" w14:textId="77777777" w:rsidR="00B80028" w:rsidRPr="00B80028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</w:t>
            </w:r>
            <w:r w:rsidRPr="00B80028">
              <w:rPr>
                <w:rFonts w:ascii="Tahoma" w:hAnsi="Tahoma" w:cs="Tahoma"/>
                <w:sz w:val="24"/>
                <w:szCs w:val="24"/>
              </w:rPr>
              <w:tab/>
              <w:t xml:space="preserve"> ISCED 5-8 </w:t>
            </w:r>
          </w:p>
          <w:p w14:paraId="3157E095" w14:textId="60B49B8B" w:rsidR="00CB2EA6" w:rsidRPr="00BD57C4" w:rsidRDefault="00B80028" w:rsidP="00B80028">
            <w:pPr>
              <w:rPr>
                <w:rFonts w:ascii="Tahoma" w:hAnsi="Tahoma" w:cs="Tahoma"/>
                <w:sz w:val="24"/>
                <w:szCs w:val="24"/>
              </w:rPr>
            </w:pPr>
            <w:r w:rsidRPr="00B80028">
              <w:rPr>
                <w:rFonts w:ascii="Tahoma" w:hAnsi="Tahoma" w:cs="Tahoma"/>
                <w:sz w:val="24"/>
                <w:szCs w:val="24"/>
              </w:rPr>
              <w:t>wyższe (dotyczy osób, które posiadają wykształcenie wyższe, uzyskały tytuł licencjata lub inżyniera lub magistra lub doktora)</w:t>
            </w:r>
          </w:p>
        </w:tc>
      </w:tr>
      <w:tr w:rsidR="00CB2EA6" w:rsidRPr="00BD57C4" w14:paraId="3FE1EE1C" w14:textId="77777777" w:rsidTr="00BD57C4">
        <w:trPr>
          <w:cantSplit/>
          <w:jc w:val="center"/>
        </w:trPr>
        <w:tc>
          <w:tcPr>
            <w:tcW w:w="411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0F2B65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Obywatelstwo</w:t>
            </w:r>
          </w:p>
        </w:tc>
        <w:tc>
          <w:tcPr>
            <w:tcW w:w="631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0B9BB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62D9CB2" w14:textId="77777777" w:rsidR="00B80028" w:rsidRDefault="00B80028">
      <w:pPr>
        <w:pStyle w:val="Nagwek2"/>
        <w:rPr>
          <w:rFonts w:ascii="Tahoma" w:hAnsi="Tahoma" w:cs="Tahoma"/>
          <w:sz w:val="24"/>
          <w:szCs w:val="24"/>
        </w:rPr>
      </w:pPr>
    </w:p>
    <w:p w14:paraId="6DD0D3F1" w14:textId="720BB50D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C. Dane kontaktowe i adres zamieszkania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CB2EA6" w:rsidRPr="00BD57C4" w14:paraId="1795B92A" w14:textId="77777777" w:rsidTr="00D33F43">
        <w:trPr>
          <w:tblHeader/>
          <w:jc w:val="center"/>
        </w:trPr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FBCA8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Pole</w:t>
            </w:r>
          </w:p>
        </w:tc>
        <w:tc>
          <w:tcPr>
            <w:tcW w:w="5213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57FD5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b/>
                <w:sz w:val="24"/>
                <w:szCs w:val="24"/>
              </w:rPr>
              <w:t>Dane / zaznaczenie</w:t>
            </w:r>
          </w:p>
        </w:tc>
      </w:tr>
      <w:tr w:rsidR="00CB2EA6" w:rsidRPr="00BD57C4" w14:paraId="5879C55B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ED4F3B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Kraj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057581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Polska</w:t>
            </w:r>
          </w:p>
        </w:tc>
      </w:tr>
      <w:tr w:rsidR="00CB2EA6" w:rsidRPr="00BD57C4" w14:paraId="1C54D4B8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9518B0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Województwo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E0EF9B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małopolskie</w:t>
            </w:r>
          </w:p>
        </w:tc>
      </w:tr>
      <w:tr w:rsidR="00CB2EA6" w:rsidRPr="00BD57C4" w14:paraId="59685D89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714E4A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Powiat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D5569A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764C8F0D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939E6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Gmina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8ED9F7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7C384869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18DA02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707B55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47275F3C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3EF0DD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Ulica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AB068F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3ABC0B83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7D5EFB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Nr budynku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1A964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22A586B2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12848B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Nr lokalu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3B9A3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76787E8E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D2478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Kod pocztowy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CE636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2BFC1E32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9BFEBB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Telefon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880A34" w14:textId="77777777" w:rsidR="00CB2EA6" w:rsidRPr="00BD57C4" w:rsidRDefault="00CB2EA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B2EA6" w:rsidRPr="00BD57C4" w14:paraId="6138378E" w14:textId="77777777">
        <w:trPr>
          <w:cantSplit/>
          <w:jc w:val="center"/>
        </w:trPr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1F2B93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Tahoma" w:hAnsi="Tahoma" w:cs="Tahoma"/>
                <w:sz w:val="24"/>
                <w:szCs w:val="24"/>
              </w:rPr>
              <w:t>Adres e-mail</w:t>
            </w:r>
          </w:p>
        </w:tc>
        <w:tc>
          <w:tcPr>
            <w:tcW w:w="521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D75DDA" w14:textId="77777777" w:rsidR="00CB2EA6" w:rsidRPr="00BD57C4" w:rsidRDefault="00734924">
            <w:pPr>
              <w:rPr>
                <w:rFonts w:ascii="Tahoma" w:hAnsi="Tahoma" w:cs="Tahoma"/>
                <w:sz w:val="24"/>
                <w:szCs w:val="24"/>
              </w:rPr>
            </w:pPr>
            <w:r w:rsidRPr="00BD57C4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D57C4">
              <w:rPr>
                <w:rFonts w:ascii="Tahoma" w:hAnsi="Tahoma" w:cs="Tahoma"/>
                <w:sz w:val="24"/>
                <w:szCs w:val="24"/>
              </w:rPr>
              <w:t xml:space="preserve"> nie posiadam / …………………………………………………………………</w:t>
            </w:r>
          </w:p>
        </w:tc>
      </w:tr>
    </w:tbl>
    <w:p w14:paraId="44B83EBC" w14:textId="77777777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D. Status na rynku pracy w chwili przystąpienia do Projektu</w:t>
      </w:r>
    </w:p>
    <w:p w14:paraId="6B4B9E91" w14:textId="77777777" w:rsidR="00CB2EA6" w:rsidRDefault="00734924">
      <w:pPr>
        <w:rPr>
          <w:rFonts w:ascii="Tahoma" w:hAnsi="Tahoma" w:cs="Tahoma"/>
          <w:b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Proszę zaznaczyć aktualny status: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2122"/>
        <w:gridCol w:w="5670"/>
        <w:gridCol w:w="992"/>
        <w:gridCol w:w="992"/>
      </w:tblGrid>
      <w:tr w:rsidR="00B80028" w:rsidRPr="00C67D54" w14:paraId="1514E9C6" w14:textId="77777777" w:rsidTr="00842085">
        <w:tc>
          <w:tcPr>
            <w:tcW w:w="7792" w:type="dxa"/>
            <w:gridSpan w:val="2"/>
            <w:shd w:val="clear" w:color="auto" w:fill="F2F2F2" w:themeFill="background1" w:themeFillShade="F2"/>
            <w:vAlign w:val="center"/>
          </w:tcPr>
          <w:p w14:paraId="301FF03D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Jestem osobą bierną zawodowo </w:t>
            </w:r>
            <w:r w:rsidRPr="00C67D54">
              <w:rPr>
                <w:rFonts w:ascii="Tahoma" w:hAnsi="Tahoma" w:cs="Tahoma"/>
                <w:sz w:val="24"/>
                <w:szCs w:val="24"/>
              </w:rPr>
              <w:t>tj. osobą, która w danej chwili nie tworzy zasobów siły roboczej - nie jestem ani osobą pracującą ani bezrobotną, w tym:</w:t>
            </w:r>
          </w:p>
        </w:tc>
        <w:tc>
          <w:tcPr>
            <w:tcW w:w="992" w:type="dxa"/>
            <w:vAlign w:val="center"/>
          </w:tcPr>
          <w:p w14:paraId="54501B91" w14:textId="77777777" w:rsidR="00B80028" w:rsidRPr="00C67D54" w:rsidRDefault="00B80028" w:rsidP="00842085">
            <w:pPr>
              <w:pStyle w:val="Akapitzlist"/>
              <w:spacing w:line="276" w:lineRule="auto"/>
              <w:ind w:left="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203E677D" w14:textId="77777777" w:rsidR="00B80028" w:rsidRPr="00C67D54" w:rsidRDefault="00B80028" w:rsidP="00842085">
            <w:pPr>
              <w:pStyle w:val="Akapitzlist"/>
              <w:spacing w:line="276" w:lineRule="auto"/>
              <w:ind w:left="0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057D77F3" w14:textId="77777777" w:rsidTr="00842085">
        <w:tc>
          <w:tcPr>
            <w:tcW w:w="7792" w:type="dxa"/>
            <w:gridSpan w:val="2"/>
            <w:shd w:val="clear" w:color="auto" w:fill="F2F2F2" w:themeFill="background1" w:themeFillShade="F2"/>
            <w:vAlign w:val="center"/>
          </w:tcPr>
          <w:p w14:paraId="2FA58B58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br w:type="page"/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Jestem osobą bezrobotną </w:t>
            </w:r>
            <w:r w:rsidRPr="00C67D54">
              <w:rPr>
                <w:rFonts w:ascii="Tahoma" w:hAnsi="Tahoma" w:cs="Tahoma"/>
                <w:bCs/>
                <w:sz w:val="24"/>
                <w:szCs w:val="24"/>
              </w:rPr>
              <w:t>(</w:t>
            </w:r>
            <w:r w:rsidRPr="00C67D54">
              <w:rPr>
                <w:rFonts w:ascii="Tahoma" w:hAnsi="Tahoma" w:cs="Tahoma"/>
                <w:color w:val="212121"/>
                <w:sz w:val="24"/>
                <w:szCs w:val="24"/>
              </w:rPr>
              <w:t>osobą pozostającą bez pracy, gotową do podjęcia pracy i aktywnie poszukującą zatrudnienia</w:t>
            </w:r>
            <w:r w:rsidRPr="00C67D54">
              <w:rPr>
                <w:rFonts w:ascii="Tahoma" w:hAnsi="Tahoma" w:cs="Tahoma"/>
                <w:bCs/>
                <w:sz w:val="24"/>
                <w:szCs w:val="24"/>
              </w:rPr>
              <w:t>)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 zarejestrowaną  w Powiatowym Urzędzie Pracy</w:t>
            </w:r>
            <w:r w:rsidRPr="00C67D54">
              <w:rPr>
                <w:rFonts w:ascii="Tahoma" w:hAnsi="Tahoma" w:cs="Tahoma"/>
                <w:color w:val="212121"/>
                <w:sz w:val="24"/>
                <w:szCs w:val="24"/>
              </w:rPr>
              <w:t xml:space="preserve"> </w:t>
            </w:r>
            <w:r w:rsidRPr="00C67D54">
              <w:rPr>
                <w:rFonts w:ascii="Tahoma" w:hAnsi="Tahoma" w:cs="Tahoma"/>
                <w:sz w:val="24"/>
                <w:szCs w:val="24"/>
              </w:rPr>
              <w:t>w tym:</w:t>
            </w:r>
          </w:p>
        </w:tc>
        <w:tc>
          <w:tcPr>
            <w:tcW w:w="992" w:type="dxa"/>
            <w:vAlign w:val="center"/>
          </w:tcPr>
          <w:p w14:paraId="7CDF6DC1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22828D8F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AB87412" w14:textId="77777777" w:rsidTr="00842085">
        <w:tc>
          <w:tcPr>
            <w:tcW w:w="7792" w:type="dxa"/>
            <w:gridSpan w:val="2"/>
            <w:vAlign w:val="center"/>
          </w:tcPr>
          <w:p w14:paraId="396F6651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długotrwale bezrobotna  [tj. osoba bezrobotna pozostająca w rejestrze powiatowego urzędu pracy przez okres ponad 12 miesięcy, w okresie ostatnich 2 lat – z wyłączeniem okresów odbywania stażu i przygotowania zawodowego dorosłych]</w:t>
            </w:r>
          </w:p>
        </w:tc>
        <w:tc>
          <w:tcPr>
            <w:tcW w:w="992" w:type="dxa"/>
            <w:vAlign w:val="center"/>
          </w:tcPr>
          <w:p w14:paraId="01B4FE62" w14:textId="77777777" w:rsidR="00B80028" w:rsidRPr="00C67D54" w:rsidRDefault="00B80028" w:rsidP="00842085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178F979F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2AD5DF76" w14:textId="77777777" w:rsidTr="00842085">
        <w:tc>
          <w:tcPr>
            <w:tcW w:w="7792" w:type="dxa"/>
            <w:gridSpan w:val="2"/>
            <w:vAlign w:val="center"/>
          </w:tcPr>
          <w:p w14:paraId="1149C80F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długotrwale bezrobotna powyżej 24 miesięcy</w:t>
            </w:r>
          </w:p>
        </w:tc>
        <w:tc>
          <w:tcPr>
            <w:tcW w:w="992" w:type="dxa"/>
            <w:vAlign w:val="center"/>
          </w:tcPr>
          <w:p w14:paraId="568CA21E" w14:textId="77777777" w:rsidR="00B80028" w:rsidRPr="00C67D54" w:rsidRDefault="00B80028" w:rsidP="00842085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6C343B5A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61A4186B" w14:textId="77777777" w:rsidTr="00842085">
        <w:tc>
          <w:tcPr>
            <w:tcW w:w="7792" w:type="dxa"/>
            <w:gridSpan w:val="2"/>
            <w:vAlign w:val="center"/>
          </w:tcPr>
          <w:p w14:paraId="69EA7DC4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lastRenderedPageBreak/>
              <w:t>Inne:</w:t>
            </w:r>
          </w:p>
        </w:tc>
        <w:tc>
          <w:tcPr>
            <w:tcW w:w="992" w:type="dxa"/>
            <w:vAlign w:val="center"/>
          </w:tcPr>
          <w:p w14:paraId="63E7C87A" w14:textId="77777777" w:rsidR="00B80028" w:rsidRPr="00C67D54" w:rsidRDefault="00B80028" w:rsidP="00842085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4E02EF53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3966DAA2" w14:textId="77777777" w:rsidTr="00842085">
        <w:tc>
          <w:tcPr>
            <w:tcW w:w="7792" w:type="dxa"/>
            <w:gridSpan w:val="2"/>
            <w:shd w:val="clear" w:color="auto" w:fill="F2F2F2" w:themeFill="background1" w:themeFillShade="F2"/>
            <w:vAlign w:val="center"/>
          </w:tcPr>
          <w:p w14:paraId="6F49B5D5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 xml:space="preserve">Jestem 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>osobą</w:t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bezrobotną </w:t>
            </w:r>
            <w:r w:rsidRPr="00C67D54">
              <w:rPr>
                <w:rFonts w:ascii="Tahoma" w:hAnsi="Tahoma" w:cs="Tahoma"/>
                <w:bCs/>
                <w:sz w:val="24"/>
                <w:szCs w:val="24"/>
              </w:rPr>
              <w:t>(</w:t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nie pracuję, ale poszukuję pracy) 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>niezarejestrowaną w Powiatowym Urzędzie Pracy w tym:</w:t>
            </w:r>
          </w:p>
        </w:tc>
        <w:tc>
          <w:tcPr>
            <w:tcW w:w="992" w:type="dxa"/>
            <w:vAlign w:val="center"/>
          </w:tcPr>
          <w:p w14:paraId="79D19AF8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79332030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60CFB612" w14:textId="77777777" w:rsidTr="00842085">
        <w:tc>
          <w:tcPr>
            <w:tcW w:w="7792" w:type="dxa"/>
            <w:gridSpan w:val="2"/>
            <w:vAlign w:val="center"/>
          </w:tcPr>
          <w:p w14:paraId="39DE42CE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 xml:space="preserve">Pozostaję bez pracy w okresie 12-24 miesięcy przed przestąpieniem do projektu </w:t>
            </w:r>
          </w:p>
        </w:tc>
        <w:tc>
          <w:tcPr>
            <w:tcW w:w="992" w:type="dxa"/>
            <w:vAlign w:val="center"/>
          </w:tcPr>
          <w:p w14:paraId="1EB5BD64" w14:textId="77777777" w:rsidR="00B80028" w:rsidRPr="00C67D54" w:rsidRDefault="00B80028" w:rsidP="00842085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3D2F7607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3D36613A" w14:textId="77777777" w:rsidTr="00842085">
        <w:tc>
          <w:tcPr>
            <w:tcW w:w="7792" w:type="dxa"/>
            <w:gridSpan w:val="2"/>
            <w:vAlign w:val="center"/>
          </w:tcPr>
          <w:p w14:paraId="1B88ADFA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Pozostaję bez pracy w okresie powyżej 24 miesięcy przed przystąpieniem do projektu</w:t>
            </w:r>
          </w:p>
        </w:tc>
        <w:tc>
          <w:tcPr>
            <w:tcW w:w="992" w:type="dxa"/>
            <w:vAlign w:val="center"/>
          </w:tcPr>
          <w:p w14:paraId="658716B3" w14:textId="77777777" w:rsidR="00B80028" w:rsidRPr="00C67D54" w:rsidRDefault="00B80028" w:rsidP="00842085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vAlign w:val="center"/>
          </w:tcPr>
          <w:p w14:paraId="0A7ECACA" w14:textId="77777777" w:rsidR="00B80028" w:rsidRPr="00C67D54" w:rsidRDefault="00B80028" w:rsidP="00842085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C67D54">
              <w:rPr>
                <w:rFonts w:eastAsia="Wingdings" w:cs="Arial"/>
                <w:sz w:val="24"/>
                <w:szCs w:val="24"/>
              </w:rPr>
              <w:sym w:font="Wingdings" w:char="F06F"/>
            </w:r>
            <w:r w:rsidRPr="00C67D54">
              <w:rPr>
                <w:rFonts w:eastAsia="Times New Roman" w:cs="Arial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3A1B7851" w14:textId="77777777" w:rsidTr="00842085"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6A3CD099" w14:textId="77777777" w:rsidR="00B80028" w:rsidRPr="00C67D54" w:rsidRDefault="00B80028" w:rsidP="00842085">
            <w:pPr>
              <w:spacing w:line="276" w:lineRule="auto"/>
              <w:rPr>
                <w:rFonts w:eastAsia="Wingdings" w:cs="Arial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4"/>
                <w:szCs w:val="24"/>
              </w:rPr>
              <w:t>Jestem osobą PRACUJĄCĄ, w tym (należy wybrać właściwe, zaznaczyć x):</w:t>
            </w:r>
          </w:p>
        </w:tc>
      </w:tr>
      <w:tr w:rsidR="00B80028" w:rsidRPr="00C67D54" w14:paraId="480A3682" w14:textId="77777777" w:rsidTr="00842085">
        <w:trPr>
          <w:trHeight w:val="685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4AE38322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4"/>
                <w:szCs w:val="24"/>
              </w:rPr>
              <w:t>Miejsce pracy (pełna nazwa i adres)</w:t>
            </w:r>
          </w:p>
        </w:tc>
        <w:tc>
          <w:tcPr>
            <w:tcW w:w="7654" w:type="dxa"/>
            <w:gridSpan w:val="3"/>
            <w:shd w:val="clear" w:color="auto" w:fill="FFFFFF" w:themeFill="background1"/>
            <w:vAlign w:val="center"/>
          </w:tcPr>
          <w:p w14:paraId="152A82AD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AE3D9BA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22474DC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BA3EFEB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B37D59A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B80028" w:rsidRPr="00C67D54" w14:paraId="25EFC91E" w14:textId="77777777" w:rsidTr="00842085"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4AD9F098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4"/>
                <w:szCs w:val="24"/>
              </w:rPr>
              <w:t>w tym (należy wybrać właściwe, zaznaczyć x):</w:t>
            </w:r>
          </w:p>
        </w:tc>
      </w:tr>
    </w:tbl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9"/>
        <w:gridCol w:w="992"/>
        <w:gridCol w:w="992"/>
      </w:tblGrid>
      <w:tr w:rsidR="00B80028" w:rsidRPr="00C67D54" w14:paraId="7371C1D5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5F0053D7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9D36EC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0D113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ADDDDDF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6E25F300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administracji rządowej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8331F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E0A4C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0753BFBB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2C95B32B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administracji samorządowej (z wyłączeniem szkół i placówek systemu oświaty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7358B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DBC75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F8E3A25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32EF19A3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organizacji pozarządowej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75E9B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5125D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5A1ABEA5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0E599EC5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MMŚP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CB2D3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51887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4A84A919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4F10A458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dużym przedsiębiorstwie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DAD18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66457E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3963C11F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5E57F202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EC0CF7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A628D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2556DEE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42F48C84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F7E05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24607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CB6EB6C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5267392C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09349C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42687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7CC5F45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10727B09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szkole lub placówce systemu oświaty (kadra zarządzająca)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6B1DC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1F121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44715961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766FC390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na uczelni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E61ED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F8942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35D0F746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4B7EC51D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instytucie naukowym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CD26F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01D18D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68CAFBAA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2CAB053C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instytucie badawczym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4893E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1DD13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9746F71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4E2599D3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lastRenderedPageBreak/>
              <w:t>Osoba pracująca w instytucie działającym w ramach sieci badawczej Łukasiewicz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B112A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E461B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77130200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02E44900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13DB9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9A8F2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08CE214E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2F40B080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FEF59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E02CB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26D1E635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66E074F7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Osoba pracująca na rzecz osoby państwowej osoby prawnej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41A72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764C6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  <w:tr w:rsidR="00B80028" w:rsidRPr="00C67D54" w14:paraId="22FD52FD" w14:textId="77777777" w:rsidTr="0040058E">
        <w:trPr>
          <w:trHeight w:val="397"/>
        </w:trPr>
        <w:tc>
          <w:tcPr>
            <w:tcW w:w="7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5" w:color="auto" w:fill="auto"/>
            <w:vAlign w:val="center"/>
            <w:hideMark/>
          </w:tcPr>
          <w:p w14:paraId="5D7956D8" w14:textId="77777777" w:rsidR="00B80028" w:rsidRPr="00C67D54" w:rsidRDefault="00B80028" w:rsidP="00B80028">
            <w:pPr>
              <w:numPr>
                <w:ilvl w:val="0"/>
                <w:numId w:val="10"/>
              </w:numPr>
              <w:spacing w:after="160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058346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89CFFF" w14:textId="77777777" w:rsidR="00B80028" w:rsidRPr="00C67D54" w:rsidRDefault="00B80028" w:rsidP="00842085">
            <w:pPr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sym w:font="Wingdings" w:char="F06F"/>
            </w:r>
            <w:r w:rsidRPr="00C67D54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</w:tr>
    </w:tbl>
    <w:p w14:paraId="72A49CCA" w14:textId="77777777" w:rsidR="00B80028" w:rsidRPr="00BD57C4" w:rsidRDefault="00B80028">
      <w:pPr>
        <w:rPr>
          <w:rFonts w:ascii="Tahoma" w:hAnsi="Tahoma" w:cs="Tahoma"/>
          <w:sz w:val="24"/>
          <w:szCs w:val="24"/>
        </w:rPr>
      </w:pPr>
    </w:p>
    <w:p w14:paraId="44F1A45C" w14:textId="77777777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E. Przynależność do grupy docelowej – kryterium statusowe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3964"/>
        <w:gridCol w:w="5812"/>
      </w:tblGrid>
      <w:tr w:rsidR="00B80028" w:rsidRPr="00C67D54" w14:paraId="156BDE62" w14:textId="77777777" w:rsidTr="00842085">
        <w:tc>
          <w:tcPr>
            <w:tcW w:w="3964" w:type="dxa"/>
          </w:tcPr>
          <w:p w14:paraId="56964A5D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OŚWIADCZENIE</w:t>
            </w:r>
          </w:p>
        </w:tc>
        <w:tc>
          <w:tcPr>
            <w:tcW w:w="5812" w:type="dxa"/>
          </w:tcPr>
          <w:p w14:paraId="5EAFB2D1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Dokumenty, które należy załączyć:</w:t>
            </w:r>
          </w:p>
        </w:tc>
      </w:tr>
      <w:tr w:rsidR="00B80028" w:rsidRPr="00C67D54" w14:paraId="6A307A39" w14:textId="77777777" w:rsidTr="00842085">
        <w:tc>
          <w:tcPr>
            <w:tcW w:w="3964" w:type="dxa"/>
          </w:tcPr>
          <w:p w14:paraId="663F2300" w14:textId="3FC8912D" w:rsidR="00B80028" w:rsidRPr="00C67D54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Oświadczam, że jestem 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osobą zamieszkującą </w:t>
            </w:r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na terenie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województwa małopolskiego</w:t>
            </w:r>
          </w:p>
          <w:p w14:paraId="1F2EA931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5C1D8FBF" w14:textId="77777777" w:rsidR="00B80028" w:rsidRPr="00C67D54" w:rsidRDefault="00B80028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Należy dołączyć (jedno z poniższych):</w:t>
            </w:r>
          </w:p>
          <w:p w14:paraId="75206F25" w14:textId="0C764AE2" w:rsidR="00B80028" w:rsidRPr="00C67D54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dokument, potwierdzający adres zamieszkania np. zaświadczenie od pracodawcy/ZUS/KRUS/PUP, na którym widnieje adres zamieszkania w województwie małopolskim  przez uczestnika</w:t>
            </w:r>
          </w:p>
          <w:p w14:paraId="7854D9B2" w14:textId="37AFD5AC" w:rsidR="00B80028" w:rsidRPr="00C67D54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Oświadczenie uczestnika dot. miejsca zamieszkania dopuszczalne jest wyłącznie w przypadku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osób </w:t>
            </w:r>
            <w:r w:rsidRPr="00C67D54">
              <w:rPr>
                <w:rFonts w:ascii="Tahoma" w:hAnsi="Tahoma" w:cs="Tahoma"/>
                <w:bCs/>
                <w:sz w:val="24"/>
                <w:szCs w:val="24"/>
              </w:rPr>
              <w:t>które nie mogą dostarczyć żadnego zaświadczenia, na którym widniałby adres zamieszkania.</w:t>
            </w:r>
          </w:p>
        </w:tc>
      </w:tr>
      <w:tr w:rsidR="00B80028" w:rsidRPr="00C67D54" w14:paraId="4259DE96" w14:textId="77777777" w:rsidTr="00842085">
        <w:tc>
          <w:tcPr>
            <w:tcW w:w="3964" w:type="dxa"/>
            <w:tcBorders>
              <w:bottom w:val="single" w:sz="4" w:space="0" w:color="auto"/>
            </w:tcBorders>
          </w:tcPr>
          <w:p w14:paraId="128BCA15" w14:textId="2F765975" w:rsidR="00B80028" w:rsidRPr="00C67D54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Oświadczam, że </w:t>
            </w:r>
            <w:r w:rsidR="00910D9D" w:rsidRPr="00BD57C4">
              <w:rPr>
                <w:rFonts w:ascii="Tahoma" w:hAnsi="Tahoma" w:cs="Tahoma"/>
                <w:sz w:val="24"/>
                <w:szCs w:val="24"/>
              </w:rPr>
              <w:t>nie otrzymuję jednocześnie wsparcia o analogicznym celu/charakterze w innym projekcie EFS+ ani w projekcie Funduszu Sprawiedliwej Transformacji w ramach Działania 8.1 typ A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7D4309E" w14:textId="77777777" w:rsidR="00B80028" w:rsidRPr="00C67D54" w:rsidRDefault="00B80028" w:rsidP="0040058E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n</w:t>
            </w:r>
            <w:r w:rsidRPr="0040058E">
              <w:rPr>
                <w:rFonts w:ascii="Tahoma" w:hAnsi="Tahoma" w:cs="Tahoma"/>
                <w:bCs/>
                <w:sz w:val="24"/>
                <w:szCs w:val="24"/>
              </w:rPr>
              <w:t xml:space="preserve">ależy dołączyć podpisane </w:t>
            </w:r>
            <w:r w:rsidRPr="0040058E">
              <w:rPr>
                <w:rFonts w:ascii="Tahoma" w:hAnsi="Tahoma" w:cs="Tahoma"/>
                <w:bCs/>
                <w:sz w:val="24"/>
                <w:szCs w:val="24"/>
                <w:highlight w:val="yellow"/>
              </w:rPr>
              <w:t>OŚWIADCZENIE nr 1</w:t>
            </w:r>
          </w:p>
        </w:tc>
      </w:tr>
      <w:tr w:rsidR="00B80028" w:rsidRPr="00C67D54" w14:paraId="440C3801" w14:textId="77777777" w:rsidTr="00842085">
        <w:tc>
          <w:tcPr>
            <w:tcW w:w="3964" w:type="dxa"/>
          </w:tcPr>
          <w:p w14:paraId="229D6CDD" w14:textId="6F0055B5" w:rsidR="00B80028" w:rsidRPr="00D33F43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Oświadczam, że posiadam status</w:t>
            </w:r>
            <w:r w:rsidRPr="00D33F43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pracownik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a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zagrożon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ego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zwolnieniem</w:t>
            </w:r>
          </w:p>
        </w:tc>
        <w:tc>
          <w:tcPr>
            <w:tcW w:w="5812" w:type="dxa"/>
          </w:tcPr>
          <w:p w14:paraId="0C660D9D" w14:textId="5E2EFA71" w:rsidR="00B80028" w:rsidRPr="00D33F43" w:rsidRDefault="00B80028" w:rsidP="00842085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  <w:r w:rsidRPr="00D33F43">
              <w:rPr>
                <w:rFonts w:ascii="Tahoma" w:hAnsi="Tahoma" w:cs="Tahoma"/>
                <w:bCs/>
                <w:sz w:val="23"/>
                <w:szCs w:val="23"/>
              </w:rPr>
              <w:t>Należy dołączyć:</w:t>
            </w:r>
          </w:p>
          <w:p w14:paraId="472A7B97" w14:textId="792DA749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zaświadczenie pracodawcy według wzoru Projektu</w:t>
            </w:r>
          </w:p>
          <w:p w14:paraId="43D41EC1" w14:textId="70A110EB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zaświadczenie ZUS / informacja PUE ZUS potwierdzająca brak innego źródła dochodu i brak samozatrudnienia</w:t>
            </w:r>
          </w:p>
          <w:p w14:paraId="210E7E33" w14:textId="67702E41" w:rsidR="00B80028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 xml:space="preserve">oświadczenie o dodatkowej działalności </w:t>
            </w:r>
            <w:r w:rsidRPr="00D33F43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zarobkowej – jeż</w:t>
            </w:r>
            <w:r w:rsidRPr="00D33F43">
              <w:rPr>
                <w:rFonts w:ascii="Tahoma" w:hAnsi="Tahoma" w:cs="Tahoma"/>
                <w:sz w:val="24"/>
                <w:szCs w:val="24"/>
              </w:rPr>
              <w:t>eli dotyczy</w:t>
            </w:r>
          </w:p>
        </w:tc>
      </w:tr>
      <w:tr w:rsidR="00B80028" w:rsidRPr="00C67D54" w14:paraId="61083BF0" w14:textId="77777777" w:rsidTr="00842085">
        <w:tc>
          <w:tcPr>
            <w:tcW w:w="3964" w:type="dxa"/>
          </w:tcPr>
          <w:p w14:paraId="23CD5129" w14:textId="06AB14D0" w:rsidR="00B80028" w:rsidRPr="00D33F43" w:rsidRDefault="00B80028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Oświadczam, że posiadam status</w:t>
            </w:r>
            <w:r w:rsidRPr="00D33F43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33F43">
              <w:rPr>
                <w:rFonts w:ascii="Tahoma" w:hAnsi="Tahoma" w:cs="Tahoma"/>
                <w:b/>
                <w:sz w:val="24"/>
                <w:szCs w:val="24"/>
              </w:rPr>
              <w:t xml:space="preserve">pracownika 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przewidzian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ego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do zwolnienia</w:t>
            </w:r>
          </w:p>
        </w:tc>
        <w:tc>
          <w:tcPr>
            <w:tcW w:w="5812" w:type="dxa"/>
          </w:tcPr>
          <w:p w14:paraId="4D53E36D" w14:textId="77777777" w:rsidR="00D33F43" w:rsidRPr="00D33F43" w:rsidRDefault="00D33F43" w:rsidP="00D33F43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  <w:r w:rsidRPr="00D33F43">
              <w:rPr>
                <w:rFonts w:ascii="Tahoma" w:hAnsi="Tahoma" w:cs="Tahoma"/>
                <w:bCs/>
                <w:sz w:val="23"/>
                <w:szCs w:val="23"/>
              </w:rPr>
              <w:t>Należy dołączyć:</w:t>
            </w:r>
          </w:p>
          <w:p w14:paraId="085C41F9" w14:textId="79745746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wypowiedzenie albo zaświadczenie pracodawcy o zamiarze nieprzedłużenia umowy wraz z uzasadnieniem</w:t>
            </w:r>
          </w:p>
          <w:p w14:paraId="565B9757" w14:textId="18C07153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zaświadczenie ZUS / informacja PUE ZUS</w:t>
            </w:r>
          </w:p>
          <w:p w14:paraId="0AE72878" w14:textId="7F5D6966" w:rsidR="00B80028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oświadczenie o dodatkowej działalności zarobkowej – jeżeli dotyczy</w:t>
            </w:r>
          </w:p>
        </w:tc>
      </w:tr>
      <w:tr w:rsidR="00B80028" w:rsidRPr="00C67D54" w14:paraId="2DC203FE" w14:textId="77777777" w:rsidTr="00842085">
        <w:tc>
          <w:tcPr>
            <w:tcW w:w="3964" w:type="dxa"/>
          </w:tcPr>
          <w:p w14:paraId="13F056CF" w14:textId="3A587559" w:rsidR="00B80028" w:rsidRPr="00C67D54" w:rsidRDefault="00910D9D" w:rsidP="00B80028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Oświadczam, że posiadam status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910D9D">
              <w:rPr>
                <w:rFonts w:ascii="Tahoma" w:hAnsi="Tahoma" w:cs="Tahoma"/>
                <w:b/>
                <w:bCs/>
                <w:sz w:val="24"/>
                <w:szCs w:val="24"/>
              </w:rPr>
              <w:t>osob</w:t>
            </w:r>
            <w:r w:rsidRPr="00910D9D">
              <w:rPr>
                <w:rFonts w:ascii="Tahoma" w:hAnsi="Tahoma" w:cs="Tahoma"/>
                <w:b/>
                <w:bCs/>
                <w:sz w:val="24"/>
                <w:szCs w:val="24"/>
              </w:rPr>
              <w:t>y</w:t>
            </w:r>
            <w:r w:rsidRPr="00910D9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zwolnion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ej</w:t>
            </w:r>
            <w:r w:rsid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BD57C4">
              <w:rPr>
                <w:rFonts w:ascii="Tahoma" w:hAnsi="Tahoma" w:cs="Tahoma"/>
                <w:sz w:val="24"/>
                <w:szCs w:val="24"/>
              </w:rPr>
              <w:t>z przyczyn niedotyczących pracownika w okresie nie dłuższym niż 6 miesięcy przed dniem przystąpienia do Projektu</w:t>
            </w:r>
          </w:p>
        </w:tc>
        <w:tc>
          <w:tcPr>
            <w:tcW w:w="5812" w:type="dxa"/>
          </w:tcPr>
          <w:p w14:paraId="2B734B34" w14:textId="2FEDBB18" w:rsidR="00910D9D" w:rsidRPr="00D33F43" w:rsidRDefault="00910D9D" w:rsidP="00910D9D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  <w:r w:rsidRPr="00D33F43">
              <w:rPr>
                <w:rFonts w:ascii="Tahoma" w:hAnsi="Tahoma" w:cs="Tahoma"/>
                <w:bCs/>
                <w:sz w:val="23"/>
                <w:szCs w:val="23"/>
              </w:rPr>
              <w:t>Należy dołączyć:</w:t>
            </w:r>
          </w:p>
          <w:p w14:paraId="0ABAA49E" w14:textId="4D3741CE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świadectwo pracy lub wypowiedzenie wskazujące przyczynę niedotyczącą pracownika</w:t>
            </w:r>
          </w:p>
          <w:p w14:paraId="36A33200" w14:textId="57E600C2" w:rsidR="00B80028" w:rsidRPr="00D33F43" w:rsidRDefault="00D33F43" w:rsidP="00910D9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zaświadczenie ZUS / informacja PUE ZUS – gdy osoba nie jest zarejestrowana w PUP, albo zaświadczenie PUP – gdy osoba jest zarejestrowana jako bezrobotna</w:t>
            </w:r>
          </w:p>
        </w:tc>
      </w:tr>
      <w:tr w:rsidR="00B80028" w:rsidRPr="00C67D54" w14:paraId="1137C4A6" w14:textId="77777777" w:rsidTr="00842085">
        <w:tc>
          <w:tcPr>
            <w:tcW w:w="3964" w:type="dxa"/>
          </w:tcPr>
          <w:p w14:paraId="33049139" w14:textId="3BE5BDBF" w:rsidR="00B80028" w:rsidRPr="00C67D54" w:rsidRDefault="00910D9D" w:rsidP="00910D9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Oświadczam, że posiadam status</w:t>
            </w:r>
            <w:r w:rsidRPr="00C67D54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osob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y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odchodząc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>ej</w:t>
            </w:r>
            <w:r w:rsidRPr="00D33F4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z rolnictwa</w:t>
            </w:r>
          </w:p>
        </w:tc>
        <w:tc>
          <w:tcPr>
            <w:tcW w:w="5812" w:type="dxa"/>
          </w:tcPr>
          <w:p w14:paraId="3AC505AC" w14:textId="054AA195" w:rsidR="00910D9D" w:rsidRPr="00D33F43" w:rsidRDefault="00910D9D" w:rsidP="00910D9D">
            <w:pPr>
              <w:spacing w:line="276" w:lineRule="auto"/>
              <w:rPr>
                <w:rFonts w:ascii="Tahoma" w:hAnsi="Tahoma" w:cs="Tahoma"/>
                <w:bCs/>
                <w:sz w:val="23"/>
                <w:szCs w:val="23"/>
              </w:rPr>
            </w:pPr>
            <w:r w:rsidRPr="00D33F43">
              <w:rPr>
                <w:rFonts w:ascii="Tahoma" w:hAnsi="Tahoma" w:cs="Tahoma"/>
                <w:bCs/>
                <w:sz w:val="23"/>
                <w:szCs w:val="23"/>
              </w:rPr>
              <w:t>Należy dołączyć:</w:t>
            </w:r>
          </w:p>
          <w:p w14:paraId="4FD61D6A" w14:textId="56EA014D" w:rsidR="00D33F43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bCs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zaświadczenie KRUS o podleganiu ubezpieczeniu emerytalno-rentowemu</w:t>
            </w:r>
          </w:p>
          <w:p w14:paraId="31E3F4EC" w14:textId="54FA71A7" w:rsidR="00B80028" w:rsidRPr="00D33F43" w:rsidRDefault="00D33F43" w:rsidP="00D33F43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hanging="436"/>
              <w:rPr>
                <w:rFonts w:ascii="Tahoma" w:hAnsi="Tahoma" w:cs="Tahoma"/>
                <w:sz w:val="24"/>
                <w:szCs w:val="24"/>
              </w:rPr>
            </w:pPr>
            <w:r w:rsidRPr="00D33F43">
              <w:rPr>
                <w:rFonts w:ascii="Tahoma" w:hAnsi="Tahoma" w:cs="Tahoma"/>
                <w:bCs/>
                <w:sz w:val="24"/>
                <w:szCs w:val="24"/>
              </w:rPr>
              <w:t>oświadczenie o zamiarze podjęcia zatrudnienia lub innej działalności pozarolniczej</w:t>
            </w:r>
          </w:p>
        </w:tc>
      </w:tr>
    </w:tbl>
    <w:p w14:paraId="32393D47" w14:textId="77777777" w:rsidR="00CB2EA6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F. Kryteria preferencji</w:t>
      </w:r>
    </w:p>
    <w:p w14:paraId="53361BEF" w14:textId="77777777" w:rsidR="00910D9D" w:rsidRDefault="00910D9D">
      <w:pPr>
        <w:ind w:hanging="85"/>
        <w:rPr>
          <w:rFonts w:ascii="Tahoma" w:hAnsi="Tahoma" w:cs="Tahoma"/>
          <w:bCs/>
          <w:sz w:val="24"/>
          <w:szCs w:val="24"/>
        </w:rPr>
      </w:pPr>
      <w:r w:rsidRPr="00C67D54">
        <w:rPr>
          <w:rFonts w:ascii="Tahoma" w:hAnsi="Tahoma" w:cs="Tahoma"/>
          <w:bCs/>
          <w:sz w:val="24"/>
          <w:szCs w:val="24"/>
        </w:rPr>
        <w:t xml:space="preserve">Oświadczam, że </w:t>
      </w:r>
    </w:p>
    <w:p w14:paraId="58F0880F" w14:textId="52DE1407" w:rsidR="00CB2EA6" w:rsidRPr="0040058E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bCs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utraciłem/</w:t>
      </w:r>
      <w:proofErr w:type="spellStart"/>
      <w:r w:rsidRPr="0040058E">
        <w:rPr>
          <w:rFonts w:ascii="Tahoma" w:hAnsi="Tahoma" w:cs="Tahoma"/>
          <w:bCs/>
          <w:sz w:val="24"/>
          <w:szCs w:val="24"/>
        </w:rPr>
        <w:t>am</w:t>
      </w:r>
      <w:proofErr w:type="spellEnd"/>
      <w:r w:rsidRPr="0040058E">
        <w:rPr>
          <w:rFonts w:ascii="Tahoma" w:hAnsi="Tahoma" w:cs="Tahoma"/>
          <w:bCs/>
          <w:sz w:val="24"/>
          <w:szCs w:val="24"/>
        </w:rPr>
        <w:t xml:space="preserve"> zatrudnienie z przyczyn niedotyczących pracownika w okresie do 6 miesięcy przed przystąpieniem do Projektu – 10 pkt</w:t>
      </w:r>
    </w:p>
    <w:p w14:paraId="1EA09B4A" w14:textId="74253877" w:rsidR="00CB2EA6" w:rsidRPr="0040058E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bCs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znajduję się w okresie wypowiedzenia stosunku pracy / stosunku służbowego – 10 pkt</w:t>
      </w:r>
    </w:p>
    <w:p w14:paraId="127238AF" w14:textId="793B52A0" w:rsidR="00CB2EA6" w:rsidRPr="0040058E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bCs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jestem osobą z niepełnosprawnościami (OzN) – 2 pkt</w:t>
      </w:r>
    </w:p>
    <w:p w14:paraId="42F53A09" w14:textId="1F2EABEA" w:rsidR="00CB2EA6" w:rsidRPr="0040058E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bCs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mam ukończone co najmniej 50 lat – 2 pkt</w:t>
      </w:r>
    </w:p>
    <w:p w14:paraId="54C04868" w14:textId="1B8B2EA6" w:rsidR="00CB2EA6" w:rsidRPr="0040058E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bCs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nie ukończyłem/</w:t>
      </w:r>
      <w:proofErr w:type="spellStart"/>
      <w:r w:rsidRPr="0040058E">
        <w:rPr>
          <w:rFonts w:ascii="Tahoma" w:hAnsi="Tahoma" w:cs="Tahoma"/>
          <w:bCs/>
          <w:sz w:val="24"/>
          <w:szCs w:val="24"/>
        </w:rPr>
        <w:t>am</w:t>
      </w:r>
      <w:proofErr w:type="spellEnd"/>
      <w:r w:rsidRPr="0040058E">
        <w:rPr>
          <w:rFonts w:ascii="Tahoma" w:hAnsi="Tahoma" w:cs="Tahoma"/>
          <w:bCs/>
          <w:sz w:val="24"/>
          <w:szCs w:val="24"/>
        </w:rPr>
        <w:t xml:space="preserve"> 30 lat – 2 pkt</w:t>
      </w:r>
    </w:p>
    <w:p w14:paraId="6FA68F27" w14:textId="3E3996D4" w:rsidR="00CB2EA6" w:rsidRDefault="00734924" w:rsidP="0040058E">
      <w:pPr>
        <w:pStyle w:val="Akapitzlist"/>
        <w:numPr>
          <w:ilvl w:val="0"/>
          <w:numId w:val="11"/>
        </w:numPr>
        <w:spacing w:after="0" w:line="276" w:lineRule="auto"/>
        <w:ind w:hanging="436"/>
        <w:rPr>
          <w:rFonts w:ascii="Tahoma" w:hAnsi="Tahoma" w:cs="Tahoma"/>
          <w:sz w:val="24"/>
          <w:szCs w:val="24"/>
        </w:rPr>
      </w:pPr>
      <w:r w:rsidRPr="0040058E">
        <w:rPr>
          <w:rFonts w:ascii="Tahoma" w:hAnsi="Tahoma" w:cs="Tahoma"/>
          <w:bCs/>
          <w:sz w:val="24"/>
          <w:szCs w:val="24"/>
        </w:rPr>
        <w:t>posiadam co najmniej</w:t>
      </w:r>
      <w:r w:rsidRPr="00BD57C4">
        <w:rPr>
          <w:rFonts w:ascii="Tahoma" w:hAnsi="Tahoma" w:cs="Tahoma"/>
          <w:sz w:val="24"/>
          <w:szCs w:val="24"/>
        </w:rPr>
        <w:t xml:space="preserve"> jedno dziecko w wieku do 6 lat – 2 pkt</w:t>
      </w:r>
    </w:p>
    <w:p w14:paraId="640DC0BE" w14:textId="77777777" w:rsidR="0040058E" w:rsidRPr="00BD57C4" w:rsidRDefault="0040058E" w:rsidP="0040058E">
      <w:pPr>
        <w:pStyle w:val="Akapitzlist"/>
        <w:spacing w:after="0" w:line="276" w:lineRule="auto"/>
        <w:ind w:left="607"/>
        <w:rPr>
          <w:rFonts w:ascii="Tahoma" w:hAnsi="Tahoma" w:cs="Tahoma"/>
          <w:sz w:val="24"/>
          <w:szCs w:val="24"/>
        </w:rPr>
      </w:pPr>
    </w:p>
    <w:p w14:paraId="63CEAF0C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 xml:space="preserve">Uwaga: </w:t>
      </w:r>
      <w:r w:rsidRPr="00BD57C4">
        <w:rPr>
          <w:rFonts w:ascii="Tahoma" w:hAnsi="Tahoma" w:cs="Tahoma"/>
          <w:sz w:val="24"/>
          <w:szCs w:val="24"/>
        </w:rPr>
        <w:t>osoba jedynie poinformowana o zamiarze nieprzedłużenia umowy, która nie znajduje się jeszcze w okresie wypowiedzenia, nie otrzymuje 10 pkt za kryterium preferencji dotyczące okresu wypowiedzenia.</w:t>
      </w:r>
    </w:p>
    <w:p w14:paraId="0B1E3E26" w14:textId="77777777" w:rsidR="00CB2EA6" w:rsidRPr="00BD57C4" w:rsidRDefault="00734924">
      <w:pPr>
        <w:pStyle w:val="Nagwek2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G. Dane do monitorowania wskaźników EFS+</w:t>
      </w:r>
    </w:p>
    <w:p w14:paraId="2242E2AA" w14:textId="77777777" w:rsidR="00CB2EA6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Dane są zbierane wyłącznie w zakresie wymaganym do realizacji i monitorowania Projektu. W przypadku danych szczególnych proszę zaznaczyć właściwą odpowiedź lub „odmawiam podania informacji”, jeżeli taka możliwość ma zastosowanie.</w:t>
      </w:r>
    </w:p>
    <w:p w14:paraId="18D23B28" w14:textId="77777777" w:rsidR="00910D9D" w:rsidRPr="00C67D54" w:rsidRDefault="00910D9D" w:rsidP="00910D9D">
      <w:pPr>
        <w:spacing w:line="276" w:lineRule="auto"/>
        <w:rPr>
          <w:rFonts w:ascii="Tahoma" w:hAnsi="Tahoma" w:cs="Tahoma"/>
          <w:sz w:val="24"/>
          <w:szCs w:val="24"/>
        </w:rPr>
      </w:pPr>
      <w:r w:rsidRPr="00C67D54">
        <w:rPr>
          <w:rFonts w:ascii="Tahoma" w:hAnsi="Tahoma" w:cs="Tahoma"/>
          <w:bCs/>
          <w:sz w:val="24"/>
          <w:szCs w:val="24"/>
        </w:rPr>
        <w:lastRenderedPageBreak/>
        <w:t xml:space="preserve">(należy wybrać właściwe, zaznaczyć </w:t>
      </w:r>
      <w:r w:rsidRPr="00C67D54">
        <w:rPr>
          <w:rFonts w:ascii="Tahoma" w:hAnsi="Tahoma" w:cs="Tahoma"/>
          <w:b/>
          <w:sz w:val="24"/>
          <w:szCs w:val="24"/>
        </w:rPr>
        <w:t>x</w:t>
      </w:r>
      <w:r w:rsidRPr="00C67D54">
        <w:rPr>
          <w:rFonts w:ascii="Tahoma" w:hAnsi="Tahoma" w:cs="Tahoma"/>
          <w:bCs/>
          <w:sz w:val="24"/>
          <w:szCs w:val="24"/>
        </w:rPr>
        <w:t xml:space="preserve">) </w:t>
      </w:r>
    </w:p>
    <w:tbl>
      <w:tblPr>
        <w:tblStyle w:val="Siatkatabelijasna12"/>
        <w:tblpPr w:leftFromText="141" w:rightFromText="141" w:vertAnchor="text" w:tblpY="1"/>
        <w:tblOverlap w:val="never"/>
        <w:tblW w:w="96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1"/>
        <w:gridCol w:w="3685"/>
      </w:tblGrid>
      <w:tr w:rsidR="00910D9D" w:rsidRPr="00C67D54" w14:paraId="7FCD56A6" w14:textId="77777777" w:rsidTr="00842085">
        <w:trPr>
          <w:trHeight w:val="680"/>
        </w:trPr>
        <w:tc>
          <w:tcPr>
            <w:tcW w:w="595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3429C6" w14:textId="77777777" w:rsidR="00910D9D" w:rsidRPr="00C67D54" w:rsidRDefault="00910D9D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bookmarkStart w:id="0" w:name="_Hlk179447763"/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Oświadczam, że jestem osobą obcego pochodzenia 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70336C44" w14:textId="77777777" w:rsidR="00910D9D" w:rsidRPr="00C67D54" w:rsidRDefault="00910D9D" w:rsidP="00842085">
            <w:pPr>
              <w:spacing w:line="276" w:lineRule="auto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TAK                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NIE</w:t>
            </w:r>
          </w:p>
        </w:tc>
      </w:tr>
      <w:tr w:rsidR="00910D9D" w:rsidRPr="00C67D54" w14:paraId="7E84438F" w14:textId="77777777" w:rsidTr="00842085">
        <w:trPr>
          <w:trHeight w:val="692"/>
        </w:trPr>
        <w:tc>
          <w:tcPr>
            <w:tcW w:w="595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821884" w14:textId="77777777" w:rsidR="00910D9D" w:rsidRPr="00C67D54" w:rsidRDefault="00910D9D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Oświadczam, że jestem osobą z krajów trzecich (jestem obywatelem/-</w:t>
            </w:r>
            <w:proofErr w:type="spellStart"/>
            <w:r w:rsidRPr="00C67D54">
              <w:rPr>
                <w:rFonts w:ascii="Tahoma" w:hAnsi="Tahoma" w:cs="Tahoma"/>
                <w:bCs/>
                <w:sz w:val="24"/>
                <w:szCs w:val="24"/>
              </w:rPr>
              <w:t>ką</w:t>
            </w:r>
            <w:proofErr w:type="spellEnd"/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 spoza UE, Europejskiego Obszaru Gospodarczego oraz Szwajcarii)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30F33D52" w14:textId="77777777" w:rsidR="00910D9D" w:rsidRPr="00C67D54" w:rsidRDefault="00910D9D" w:rsidP="00842085">
            <w:pPr>
              <w:spacing w:line="276" w:lineRule="auto"/>
              <w:jc w:val="both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TAK                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NIE</w:t>
            </w:r>
          </w:p>
        </w:tc>
      </w:tr>
      <w:tr w:rsidR="00910D9D" w:rsidRPr="00C67D54" w14:paraId="6E0C4361" w14:textId="77777777" w:rsidTr="00842085">
        <w:trPr>
          <w:trHeight w:val="276"/>
        </w:trPr>
        <w:tc>
          <w:tcPr>
            <w:tcW w:w="595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20BDCF" w14:textId="77777777" w:rsidR="00910D9D" w:rsidRPr="00C67D54" w:rsidRDefault="00910D9D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 xml:space="preserve">Oświadczam, że jestem osobą należącą do mniejszości narodowej lub etnicznej 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0A1E8798" w14:textId="77777777" w:rsidR="00910D9D" w:rsidRPr="00C67D54" w:rsidRDefault="00910D9D" w:rsidP="00842085">
            <w:pPr>
              <w:spacing w:line="276" w:lineRule="auto"/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TAK                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NIE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 xml:space="preserve"> </w:t>
            </w:r>
          </w:p>
          <w:p w14:paraId="50447A14" w14:textId="77777777" w:rsidR="00910D9D" w:rsidRPr="00C67D54" w:rsidRDefault="00910D9D" w:rsidP="00842085">
            <w:pPr>
              <w:spacing w:line="276" w:lineRule="auto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ODMOWA PODANIA DANYCH</w:t>
            </w:r>
          </w:p>
        </w:tc>
      </w:tr>
      <w:tr w:rsidR="00910D9D" w:rsidRPr="00C67D54" w14:paraId="75F36C90" w14:textId="77777777" w:rsidTr="00842085">
        <w:trPr>
          <w:trHeight w:val="276"/>
        </w:trPr>
        <w:tc>
          <w:tcPr>
            <w:tcW w:w="595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1D294" w14:textId="77777777" w:rsidR="00910D9D" w:rsidRPr="00C67D54" w:rsidRDefault="00910D9D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Jestem osobą w kryzysie bezdomności lub dotkniętą wykluczeniem z dostępu do mieszkań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7A7858CB" w14:textId="77777777" w:rsidR="00910D9D" w:rsidRPr="00C67D54" w:rsidRDefault="00910D9D" w:rsidP="00842085">
            <w:pPr>
              <w:spacing w:line="276" w:lineRule="auto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TAK                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NIE</w:t>
            </w:r>
          </w:p>
        </w:tc>
      </w:tr>
      <w:tr w:rsidR="00910D9D" w:rsidRPr="00C67D54" w14:paraId="05C3BDE5" w14:textId="77777777" w:rsidTr="00842085">
        <w:trPr>
          <w:trHeight w:val="927"/>
        </w:trPr>
        <w:tc>
          <w:tcPr>
            <w:tcW w:w="595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8C43B" w14:textId="77777777" w:rsidR="00910D9D" w:rsidRPr="00C67D54" w:rsidRDefault="00910D9D" w:rsidP="00842085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Cs/>
                <w:sz w:val="24"/>
                <w:szCs w:val="24"/>
              </w:rPr>
              <w:t>Jestem osobą z niepełnosprawnościami</w:t>
            </w:r>
          </w:p>
          <w:p w14:paraId="7DACBEE8" w14:textId="77777777" w:rsidR="00910D9D" w:rsidRPr="00C67D54" w:rsidRDefault="00910D9D" w:rsidP="00842085">
            <w:pPr>
              <w:tabs>
                <w:tab w:val="left" w:pos="2316"/>
              </w:tabs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(według definicji podanej w słowniku pojęć)</w:t>
            </w:r>
          </w:p>
        </w:tc>
        <w:tc>
          <w:tcPr>
            <w:tcW w:w="3685" w:type="dxa"/>
            <w:tcBorders>
              <w:left w:val="single" w:sz="4" w:space="0" w:color="auto"/>
            </w:tcBorders>
          </w:tcPr>
          <w:p w14:paraId="6724C250" w14:textId="77777777" w:rsidR="00910D9D" w:rsidRPr="00C67D54" w:rsidRDefault="00910D9D" w:rsidP="00842085">
            <w:pPr>
              <w:spacing w:line="276" w:lineRule="auto"/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TAK                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NIE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 xml:space="preserve"> </w:t>
            </w:r>
          </w:p>
          <w:p w14:paraId="083F76F8" w14:textId="77777777" w:rsidR="00910D9D" w:rsidRPr="00C67D54" w:rsidRDefault="00910D9D" w:rsidP="00842085">
            <w:pPr>
              <w:spacing w:line="276" w:lineRule="auto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>☐</w:t>
            </w:r>
            <w:r w:rsidRPr="00C67D54"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  <w:t xml:space="preserve"> ODMOWA PODANIA DANYCH</w:t>
            </w:r>
            <w:r w:rsidRPr="00C67D54">
              <w:rPr>
                <w:rFonts w:ascii="Segoe UI Symbol" w:eastAsia="MS Gothic" w:hAnsi="Segoe UI Symbol" w:cs="Segoe UI Symbol"/>
                <w:bCs/>
                <w:noProof/>
                <w:sz w:val="24"/>
                <w:szCs w:val="24"/>
              </w:rPr>
              <w:t xml:space="preserve"> </w:t>
            </w:r>
          </w:p>
        </w:tc>
      </w:tr>
      <w:bookmarkEnd w:id="0"/>
    </w:tbl>
    <w:p w14:paraId="453EE489" w14:textId="77777777" w:rsidR="00910D9D" w:rsidRDefault="00910D9D">
      <w:pPr>
        <w:rPr>
          <w:rFonts w:ascii="Tahoma" w:hAnsi="Tahoma" w:cs="Tahoma"/>
          <w:sz w:val="24"/>
          <w:szCs w:val="24"/>
        </w:rPr>
      </w:pPr>
    </w:p>
    <w:p w14:paraId="232993AA" w14:textId="77777777" w:rsidR="00910D9D" w:rsidRDefault="00910D9D">
      <w:pPr>
        <w:rPr>
          <w:rFonts w:ascii="Tahoma" w:hAnsi="Tahoma" w:cs="Tahoma"/>
          <w:sz w:val="24"/>
          <w:szCs w:val="24"/>
        </w:rPr>
      </w:pPr>
    </w:p>
    <w:p w14:paraId="4F37897B" w14:textId="77777777" w:rsidR="00910D9D" w:rsidRPr="00BD57C4" w:rsidRDefault="00910D9D">
      <w:pPr>
        <w:rPr>
          <w:rFonts w:ascii="Tahoma" w:hAnsi="Tahoma" w:cs="Tahoma"/>
          <w:sz w:val="24"/>
          <w:szCs w:val="24"/>
        </w:rPr>
      </w:pPr>
    </w:p>
    <w:p w14:paraId="1A4541A6" w14:textId="77777777" w:rsidR="00910D9D" w:rsidRDefault="00910D9D">
      <w:pPr>
        <w:pStyle w:val="Nagwek2"/>
        <w:rPr>
          <w:rFonts w:ascii="Tahoma" w:hAnsi="Tahoma" w:cs="Tahoma"/>
          <w:sz w:val="24"/>
          <w:szCs w:val="24"/>
        </w:rPr>
      </w:pPr>
    </w:p>
    <w:p w14:paraId="5145385E" w14:textId="7EA83793" w:rsidR="00910D9D" w:rsidRPr="0040058E" w:rsidRDefault="00910D9D" w:rsidP="0040058E">
      <w:pPr>
        <w:pStyle w:val="Nagwek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</w:t>
      </w:r>
      <w:r w:rsidR="00734924" w:rsidRPr="00BD57C4">
        <w:rPr>
          <w:rFonts w:ascii="Tahoma" w:hAnsi="Tahoma" w:cs="Tahoma"/>
          <w:sz w:val="24"/>
          <w:szCs w:val="24"/>
        </w:rPr>
        <w:t xml:space="preserve">. </w:t>
      </w:r>
      <w:r w:rsidRPr="00C67D54">
        <w:rPr>
          <w:rFonts w:ascii="Tahoma" w:hAnsi="Tahoma" w:cs="Tahoma"/>
          <w:sz w:val="24"/>
          <w:szCs w:val="24"/>
        </w:rPr>
        <w:t>Informacje o potrzebach specjalnych KANDYDATKI/-A NA UCZESTNICZKĘ/-KA (należy wybrać właściwe, zaznaczyć x)</w:t>
      </w:r>
    </w:p>
    <w:tbl>
      <w:tblPr>
        <w:tblpPr w:leftFromText="141" w:rightFromText="141" w:vertAnchor="text" w:horzAnchor="margin" w:tblpY="110"/>
        <w:tblOverlap w:val="never"/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1"/>
        <w:gridCol w:w="5926"/>
        <w:gridCol w:w="1367"/>
      </w:tblGrid>
      <w:tr w:rsidR="00910D9D" w:rsidRPr="00C67D54" w14:paraId="369E50EB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 w:themeFill="background1" w:themeFillShade="F2"/>
            <w:vAlign w:val="center"/>
          </w:tcPr>
          <w:p w14:paraId="42524694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Tłumacz języka migowego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14:paraId="696A85DD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2CC63E64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 w:themeFill="background1" w:themeFillShade="F2"/>
            <w:vAlign w:val="center"/>
          </w:tcPr>
          <w:p w14:paraId="729314D8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Stworzenie materiałów projektowych drukowanych w alfabecie Braille’a lub powiększonej czcionce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14:paraId="0F939BA2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eastAsia="MS Gothic" w:hAnsi="Tahoma" w:cs="Tahoma"/>
                <w:bCs/>
                <w:noProof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1E0C8CA4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4C544012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Możliwość uczestniczenia we wsparciu z udziałem psa asystującego</w:t>
            </w:r>
          </w:p>
        </w:tc>
        <w:tc>
          <w:tcPr>
            <w:tcW w:w="1367" w:type="dxa"/>
            <w:vAlign w:val="center"/>
          </w:tcPr>
          <w:p w14:paraId="572ABFCA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7D92DAE5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627C2467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Wsparcie asystenta</w:t>
            </w:r>
          </w:p>
        </w:tc>
        <w:tc>
          <w:tcPr>
            <w:tcW w:w="1367" w:type="dxa"/>
            <w:vAlign w:val="center"/>
          </w:tcPr>
          <w:p w14:paraId="4F8D5F6E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2CC12506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05E47E87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Dostosowanie przestrzeni z uwagi na ograniczenia ruchowe</w:t>
            </w:r>
          </w:p>
        </w:tc>
        <w:tc>
          <w:tcPr>
            <w:tcW w:w="1367" w:type="dxa"/>
            <w:vAlign w:val="center"/>
          </w:tcPr>
          <w:p w14:paraId="29D6B3EC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41587754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08B62B2E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Zapewnienie specjalistycznej formy materiałów projektowych/ szkoleniowych</w:t>
            </w:r>
          </w:p>
        </w:tc>
        <w:tc>
          <w:tcPr>
            <w:tcW w:w="1367" w:type="dxa"/>
            <w:vAlign w:val="center"/>
          </w:tcPr>
          <w:p w14:paraId="4FA32893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4144A002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79E6A8E1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Zapewnienie systemu wspomagającego słyszenie</w:t>
            </w:r>
          </w:p>
        </w:tc>
        <w:tc>
          <w:tcPr>
            <w:tcW w:w="1367" w:type="dxa"/>
            <w:vAlign w:val="center"/>
          </w:tcPr>
          <w:p w14:paraId="20E9B800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5EB71C8A" w14:textId="77777777" w:rsidTr="00842085">
        <w:trPr>
          <w:cantSplit/>
          <w:trHeight w:val="624"/>
        </w:trPr>
        <w:tc>
          <w:tcPr>
            <w:tcW w:w="8217" w:type="dxa"/>
            <w:gridSpan w:val="2"/>
            <w:shd w:val="clear" w:color="auto" w:fill="F2F2F2"/>
            <w:vAlign w:val="center"/>
          </w:tcPr>
          <w:p w14:paraId="00BB3590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 xml:space="preserve">Wydłużony/adekwatny czas wsparcia </w:t>
            </w:r>
          </w:p>
        </w:tc>
        <w:tc>
          <w:tcPr>
            <w:tcW w:w="1367" w:type="dxa"/>
            <w:vAlign w:val="center"/>
          </w:tcPr>
          <w:p w14:paraId="290277B5" w14:textId="77777777" w:rsidR="00910D9D" w:rsidRPr="00C67D54" w:rsidRDefault="00910D9D" w:rsidP="00842085">
            <w:pPr>
              <w:spacing w:after="0" w:line="276" w:lineRule="auto"/>
              <w:jc w:val="center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</w:p>
        </w:tc>
      </w:tr>
      <w:tr w:rsidR="00910D9D" w:rsidRPr="00C67D54" w14:paraId="46A95FA2" w14:textId="77777777" w:rsidTr="00842085">
        <w:trPr>
          <w:cantSplit/>
          <w:trHeight w:val="1528"/>
        </w:trPr>
        <w:tc>
          <w:tcPr>
            <w:tcW w:w="2291" w:type="dxa"/>
            <w:shd w:val="clear" w:color="auto" w:fill="F2F2F2"/>
            <w:vAlign w:val="center"/>
          </w:tcPr>
          <w:p w14:paraId="31CED1E8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C67D54">
              <w:rPr>
                <w:rFonts w:ascii="Tahoma" w:hAnsi="Tahoma" w:cs="Tahoma"/>
                <w:sz w:val="24"/>
                <w:szCs w:val="24"/>
              </w:rPr>
              <w:t>Inne usprawnienia – podać jakie?</w:t>
            </w:r>
          </w:p>
        </w:tc>
        <w:tc>
          <w:tcPr>
            <w:tcW w:w="7293" w:type="dxa"/>
            <w:gridSpan w:val="2"/>
          </w:tcPr>
          <w:p w14:paraId="66578580" w14:textId="77777777" w:rsidR="00910D9D" w:rsidRPr="00C67D54" w:rsidRDefault="00910D9D" w:rsidP="00842085">
            <w:pPr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E37FD1F" w14:textId="77777777" w:rsidR="00910D9D" w:rsidRDefault="00910D9D">
      <w:pPr>
        <w:ind w:hanging="85"/>
        <w:rPr>
          <w:rFonts w:ascii="Segoe UI Symbol" w:hAnsi="Segoe UI Symbol" w:cs="Segoe UI Symbol"/>
          <w:sz w:val="24"/>
          <w:szCs w:val="24"/>
        </w:rPr>
      </w:pPr>
    </w:p>
    <w:p w14:paraId="463941D9" w14:textId="77777777" w:rsidR="00910D9D" w:rsidRDefault="00910D9D">
      <w:pPr>
        <w:ind w:hanging="85"/>
        <w:rPr>
          <w:rFonts w:ascii="Segoe UI Symbol" w:hAnsi="Segoe UI Symbol" w:cs="Segoe UI Symbol"/>
          <w:sz w:val="24"/>
          <w:szCs w:val="24"/>
        </w:rPr>
      </w:pPr>
    </w:p>
    <w:p w14:paraId="1FEDEB7C" w14:textId="77777777" w:rsidR="00910D9D" w:rsidRDefault="00910D9D">
      <w:pPr>
        <w:ind w:hanging="85"/>
        <w:rPr>
          <w:rFonts w:ascii="Segoe UI Symbol" w:hAnsi="Segoe UI Symbol" w:cs="Segoe UI Symbol"/>
          <w:sz w:val="24"/>
          <w:szCs w:val="24"/>
        </w:rPr>
      </w:pPr>
    </w:p>
    <w:p w14:paraId="79CB4565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4E5CB12E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6507059B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12DA609F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093906A8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6750CEAA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2550718F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0B0C6314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711446F9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6B0957A1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4DE9A130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35A956CC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3B8B099D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7B8567C2" w14:textId="77777777" w:rsidR="00910D9D" w:rsidRDefault="00910D9D">
      <w:pPr>
        <w:ind w:hanging="85"/>
        <w:rPr>
          <w:rFonts w:ascii="Tahoma" w:hAnsi="Tahoma" w:cs="Tahoma"/>
          <w:sz w:val="24"/>
          <w:szCs w:val="24"/>
        </w:rPr>
      </w:pPr>
    </w:p>
    <w:p w14:paraId="61F02A18" w14:textId="07428670" w:rsidR="00910D9D" w:rsidRPr="00C67D54" w:rsidRDefault="00910D9D" w:rsidP="00910D9D">
      <w:pPr>
        <w:pStyle w:val="Nagwek2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I</w:t>
      </w:r>
      <w:r w:rsidRPr="00910D9D">
        <w:rPr>
          <w:rFonts w:ascii="Tahoma" w:hAnsi="Tahoma" w:cs="Tahoma"/>
          <w:sz w:val="24"/>
          <w:szCs w:val="24"/>
        </w:rPr>
        <w:t>. Skąd Pan/Pani* dowiedział/-a* się o projekcie</w:t>
      </w:r>
      <w:r w:rsidRPr="00C67D54">
        <w:rPr>
          <w:rFonts w:ascii="Tahoma" w:hAnsi="Tahoma" w:cs="Tahoma"/>
          <w:sz w:val="24"/>
          <w:szCs w:val="24"/>
        </w:rPr>
        <w:t xml:space="preserve"> (należy wybrać właściwe, zaznaczyć x):</w:t>
      </w:r>
    </w:p>
    <w:tbl>
      <w:tblPr>
        <w:tblStyle w:val="Tabela-Siatka"/>
        <w:tblW w:w="9598" w:type="dxa"/>
        <w:tblLook w:val="04A0" w:firstRow="1" w:lastRow="0" w:firstColumn="1" w:lastColumn="0" w:noHBand="0" w:noVBand="1"/>
      </w:tblPr>
      <w:tblGrid>
        <w:gridCol w:w="8217"/>
        <w:gridCol w:w="1381"/>
      </w:tblGrid>
      <w:tr w:rsidR="00910D9D" w:rsidRPr="00C67D54" w14:paraId="23C33457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558BD3F4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z lokalnej prasy</w:t>
            </w:r>
          </w:p>
        </w:tc>
        <w:tc>
          <w:tcPr>
            <w:tcW w:w="1381" w:type="dxa"/>
          </w:tcPr>
          <w:p w14:paraId="704F0D6E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  <w:tr w:rsidR="00910D9D" w:rsidRPr="00C67D54" w14:paraId="2FDCA331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12BBBF5B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z Internetu</w:t>
            </w:r>
          </w:p>
        </w:tc>
        <w:tc>
          <w:tcPr>
            <w:tcW w:w="1381" w:type="dxa"/>
          </w:tcPr>
          <w:p w14:paraId="47A8C00E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  <w:tr w:rsidR="00910D9D" w:rsidRPr="00C67D54" w14:paraId="120317A7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3E6D5AEE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z plakatu/ulotki</w:t>
            </w:r>
          </w:p>
        </w:tc>
        <w:tc>
          <w:tcPr>
            <w:tcW w:w="1381" w:type="dxa"/>
          </w:tcPr>
          <w:p w14:paraId="044624EC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  <w:tr w:rsidR="00910D9D" w:rsidRPr="00C67D54" w14:paraId="03DC70F5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1BAF11B3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od znajomej/znajomego</w:t>
            </w:r>
          </w:p>
        </w:tc>
        <w:tc>
          <w:tcPr>
            <w:tcW w:w="1381" w:type="dxa"/>
          </w:tcPr>
          <w:p w14:paraId="2646C410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  <w:tr w:rsidR="00910D9D" w:rsidRPr="00C67D54" w14:paraId="53BFAE90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3AE623FF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od lokalnego urzędu (np. PUP, OPS, MOPS, GOPS)</w:t>
            </w:r>
          </w:p>
        </w:tc>
        <w:tc>
          <w:tcPr>
            <w:tcW w:w="1381" w:type="dxa"/>
          </w:tcPr>
          <w:p w14:paraId="29FFC1EF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  <w:tr w:rsidR="00910D9D" w:rsidRPr="00C67D54" w14:paraId="0529FE26" w14:textId="77777777" w:rsidTr="00842085">
        <w:tc>
          <w:tcPr>
            <w:tcW w:w="8217" w:type="dxa"/>
            <w:shd w:val="clear" w:color="auto" w:fill="F2F2F2" w:themeFill="background1" w:themeFillShade="F2"/>
          </w:tcPr>
          <w:p w14:paraId="7B98A1C0" w14:textId="77777777" w:rsidR="00910D9D" w:rsidRPr="00C67D54" w:rsidRDefault="00910D9D" w:rsidP="00842085">
            <w:pPr>
              <w:spacing w:line="360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C67D54">
              <w:rPr>
                <w:rFonts w:ascii="Tahoma" w:eastAsia="MS Gothic" w:hAnsi="Tahoma" w:cs="Tahoma"/>
                <w:sz w:val="24"/>
                <w:szCs w:val="24"/>
              </w:rPr>
              <w:t>w inny sposób (proszę wymienić jaki):</w:t>
            </w:r>
          </w:p>
        </w:tc>
        <w:tc>
          <w:tcPr>
            <w:tcW w:w="1381" w:type="dxa"/>
          </w:tcPr>
          <w:p w14:paraId="298241FB" w14:textId="77777777" w:rsidR="00910D9D" w:rsidRPr="00C67D54" w:rsidRDefault="00910D9D" w:rsidP="00842085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67D54">
              <w:rPr>
                <w:rFonts w:ascii="Tahoma" w:hAnsi="Tahoma" w:cs="Tahoma"/>
                <w:b/>
                <w:sz w:val="28"/>
                <w:szCs w:val="28"/>
              </w:rPr>
              <w:sym w:font="Wingdings 2" w:char="F030"/>
            </w:r>
            <w:r w:rsidRPr="00C67D54">
              <w:rPr>
                <w:rFonts w:ascii="Tahoma" w:hAnsi="Tahoma" w:cs="Tahoma"/>
                <w:b/>
                <w:sz w:val="28"/>
                <w:szCs w:val="28"/>
              </w:rPr>
              <w:t xml:space="preserve">  </w:t>
            </w:r>
          </w:p>
        </w:tc>
      </w:tr>
    </w:tbl>
    <w:p w14:paraId="1C1B4667" w14:textId="1668FA97" w:rsidR="00CB2EA6" w:rsidRPr="00BD57C4" w:rsidRDefault="00B80028">
      <w:pPr>
        <w:pStyle w:val="Nagwek2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</w:t>
      </w:r>
      <w:r w:rsidR="00734924" w:rsidRPr="00BD57C4">
        <w:rPr>
          <w:rFonts w:ascii="Tahoma" w:hAnsi="Tahoma" w:cs="Tahoma"/>
          <w:sz w:val="24"/>
          <w:szCs w:val="24"/>
        </w:rPr>
        <w:t>. Oświadczenia Kandydata/Kandydatki</w:t>
      </w:r>
      <w:r w:rsidR="00910D9D">
        <w:rPr>
          <w:rFonts w:ascii="Tahoma" w:hAnsi="Tahoma" w:cs="Tahoma"/>
          <w:sz w:val="24"/>
          <w:szCs w:val="24"/>
        </w:rPr>
        <w:t xml:space="preserve"> </w:t>
      </w:r>
      <w:r w:rsidR="00910D9D" w:rsidRPr="00C67D54">
        <w:rPr>
          <w:rFonts w:ascii="Tahoma" w:hAnsi="Tahoma" w:cs="Tahoma"/>
          <w:sz w:val="24"/>
          <w:szCs w:val="24"/>
        </w:rPr>
        <w:t>/ deklaracja udziału w projekcie</w:t>
      </w:r>
    </w:p>
    <w:p w14:paraId="3D54B09C" w14:textId="77777777" w:rsidR="00910D9D" w:rsidRPr="00910D9D" w:rsidRDefault="00910D9D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Oświadczam, iż wszystkie dane zawarte w formularzu zgłoszeniowym oraz przedłożonych załącznikach są prawdziwe oraz pouczony/pouczona o odpowiedzialności za składanie oświadczeń niezgodnych z prawdą (art. 233 par. 1 kodeksu karnego) oświadczam, iż:</w:t>
      </w:r>
    </w:p>
    <w:p w14:paraId="4A5FE922" w14:textId="77777777" w:rsidR="0040058E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zapoznałem(-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) się z Regulaminem rekrutacji i uczestnictwa w projekcie pn. </w:t>
      </w:r>
      <w:r w:rsidR="0040058E" w:rsidRPr="0040058E">
        <w:rPr>
          <w:rFonts w:ascii="Tahoma" w:hAnsi="Tahoma" w:cs="Tahoma"/>
          <w:sz w:val="24"/>
          <w:szCs w:val="24"/>
        </w:rPr>
        <w:t>WSPARCIE NA (RE)STARCIE</w:t>
      </w:r>
      <w:r w:rsidRPr="0040058E">
        <w:rPr>
          <w:rFonts w:ascii="Tahoma" w:hAnsi="Tahoma" w:cs="Tahoma"/>
          <w:sz w:val="24"/>
          <w:szCs w:val="24"/>
        </w:rPr>
        <w:t xml:space="preserve">, </w:t>
      </w:r>
      <w:r w:rsidR="0040058E" w:rsidRPr="0040058E">
        <w:rPr>
          <w:rFonts w:ascii="Tahoma" w:hAnsi="Tahoma" w:cs="Tahoma"/>
          <w:sz w:val="24"/>
          <w:szCs w:val="24"/>
        </w:rPr>
        <w:t>FEMP.06.06-IP.02-0050/25</w:t>
      </w:r>
      <w:r w:rsidRPr="0040058E">
        <w:rPr>
          <w:rFonts w:ascii="Tahoma" w:hAnsi="Tahoma" w:cs="Tahoma"/>
          <w:sz w:val="24"/>
          <w:szCs w:val="24"/>
        </w:rPr>
        <w:t xml:space="preserve">, akceptuję wszystkie postanowienia ww. Regulaminu i spełniam kryteria uczestnictwa w projekcie określone w ww. </w:t>
      </w:r>
      <w:proofErr w:type="spellStart"/>
      <w:r w:rsidRPr="0040058E">
        <w:rPr>
          <w:rFonts w:ascii="Tahoma" w:hAnsi="Tahoma" w:cs="Tahoma"/>
          <w:sz w:val="24"/>
          <w:szCs w:val="24"/>
        </w:rPr>
        <w:t>Regulaminie;</w:t>
      </w:r>
      <w:proofErr w:type="spellEnd"/>
    </w:p>
    <w:p w14:paraId="17ACCB48" w14:textId="09A642DE" w:rsidR="00910D9D" w:rsidRPr="0040058E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40058E">
        <w:rPr>
          <w:rFonts w:ascii="Tahoma" w:hAnsi="Tahoma" w:cs="Tahoma"/>
          <w:sz w:val="24"/>
          <w:szCs w:val="24"/>
        </w:rPr>
        <w:t>zostałem(-</w:t>
      </w:r>
      <w:proofErr w:type="spellStart"/>
      <w:r w:rsidRPr="0040058E">
        <w:rPr>
          <w:rFonts w:ascii="Tahoma" w:hAnsi="Tahoma" w:cs="Tahoma"/>
          <w:sz w:val="24"/>
          <w:szCs w:val="24"/>
        </w:rPr>
        <w:t>am</w:t>
      </w:r>
      <w:proofErr w:type="spellEnd"/>
      <w:r w:rsidRPr="0040058E">
        <w:rPr>
          <w:rFonts w:ascii="Tahoma" w:hAnsi="Tahoma" w:cs="Tahoma"/>
          <w:sz w:val="24"/>
          <w:szCs w:val="24"/>
        </w:rPr>
        <w:t xml:space="preserve">) poinformowany(-a), że udział w projekcie jest bezpłatny i wyrażam wolę dobrowolnego uczestnictwa w projekcie i procesie rekrutacji; </w:t>
      </w:r>
    </w:p>
    <w:p w14:paraId="5AFF3BCE" w14:textId="66D8929A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posiadam pełną zdolność do czynności prawnych;</w:t>
      </w:r>
    </w:p>
    <w:p w14:paraId="0CA645F3" w14:textId="25C9A51F" w:rsidR="00910D9D" w:rsidRPr="00910D9D" w:rsidRDefault="0040058E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</w:t>
      </w:r>
      <w:r w:rsidR="00910D9D" w:rsidRPr="00910D9D">
        <w:rPr>
          <w:rFonts w:ascii="Tahoma" w:hAnsi="Tahoma" w:cs="Tahoma"/>
          <w:sz w:val="24"/>
          <w:szCs w:val="24"/>
        </w:rPr>
        <w:t>ostałem/</w:t>
      </w:r>
      <w:proofErr w:type="spellStart"/>
      <w:r w:rsidR="00910D9D" w:rsidRPr="00910D9D">
        <w:rPr>
          <w:rFonts w:ascii="Tahoma" w:hAnsi="Tahoma" w:cs="Tahoma"/>
          <w:sz w:val="24"/>
          <w:szCs w:val="24"/>
        </w:rPr>
        <w:t>am</w:t>
      </w:r>
      <w:proofErr w:type="spellEnd"/>
      <w:r w:rsidR="00910D9D" w:rsidRPr="00910D9D">
        <w:rPr>
          <w:rFonts w:ascii="Tahoma" w:hAnsi="Tahoma" w:cs="Tahoma"/>
          <w:sz w:val="24"/>
          <w:szCs w:val="24"/>
        </w:rPr>
        <w:t xml:space="preserve"> poinformowany/a, że projekt jest dofinansowany przez Unię Europejską ze środków Europejskiego Funduszu Społecznego + (EFS+) w ramach programu Fundusze Europejskie dla Małopolski 2021-2027; </w:t>
      </w:r>
    </w:p>
    <w:p w14:paraId="61D63545" w14:textId="664EE1CD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zostałem(-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>) poinformowany(-a), jakie formy pomocy obejmuje ścieżka uczestnictwa w projekcie;</w:t>
      </w:r>
    </w:p>
    <w:p w14:paraId="71C68888" w14:textId="769ABDB4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 xml:space="preserve">wyrażam zgodę na przetwarzanie moich danych osobowych zawartych w niniejszym Formularzu i dołączonych do niego załączników do celów związanych z rekrutacją (zgodnie z Ustawą o ochronie danych osobowych z 2018 r. (Dz. U. 2019r., poz. 1781, z </w:t>
      </w:r>
      <w:proofErr w:type="spellStart"/>
      <w:r w:rsidRPr="00910D9D">
        <w:rPr>
          <w:rFonts w:ascii="Tahoma" w:hAnsi="Tahoma" w:cs="Tahoma"/>
          <w:sz w:val="24"/>
          <w:szCs w:val="24"/>
        </w:rPr>
        <w:t>późn</w:t>
      </w:r>
      <w:proofErr w:type="spellEnd"/>
      <w:r w:rsidRPr="00910D9D">
        <w:rPr>
          <w:rFonts w:ascii="Tahoma" w:hAnsi="Tahoma" w:cs="Tahoma"/>
          <w:sz w:val="24"/>
          <w:szCs w:val="24"/>
        </w:rPr>
        <w:t>. zm.). Administratorem moich danych osobowych jest JMM sp. z o.o. , mająca siedzibę w Palędziu (62-070), ul. Żurawinowa 10. Zostałem(-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) poinformowany(-a), iż podanie danych jest dobrowolne, aczkolwiek odmowa ich podania jest równoznaczna z brakiem możliwości </w:t>
      </w:r>
      <w:r w:rsidRPr="00910D9D">
        <w:rPr>
          <w:rFonts w:ascii="Tahoma" w:hAnsi="Tahoma" w:cs="Tahoma"/>
          <w:sz w:val="24"/>
          <w:szCs w:val="24"/>
        </w:rPr>
        <w:lastRenderedPageBreak/>
        <w:t>udzielenia wsparcia w ramach projektu. Zostałem (-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) poinformowany(-a), iż mam prawo dostępu do treści swoich danych i ich poprawiania oraz aktualizacji. Przedmiotowe dane przetwarzane będą przez JMM sp. z o.o.  wyłącznie w celach związanych z realizowanym projektem, a w szczególności wykorzystane zostaną do wprowadzenia do systemu SM EFS. Dane te będą udostępniane wyłącznie podmiotom upoważnionym na mocy przepisów prawa. </w:t>
      </w:r>
    </w:p>
    <w:p w14:paraId="6870BBE5" w14:textId="457E8BCC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zostałem/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 poinformowany/a, że JMM sp. z o.o. zapewnia standard ochrony danych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7E52F03" w14:textId="22C5E315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 xml:space="preserve">zobowiązuję się do niezwłocznego informowania o zmianach danych osobowych, kontaktowych i innych danych przedstawionych na dokumentach zgłoszeniowych do Projektu oraz o wszystkich zdarzeniach mogących zakłócić jego dalszy udział w Projekcie; </w:t>
      </w:r>
    </w:p>
    <w:p w14:paraId="3E49525E" w14:textId="1CA56B88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wyrażam zgodę na rozpowszechnianie mojego wizerunku w związku z realizacją Projektu;</w:t>
      </w:r>
    </w:p>
    <w:p w14:paraId="1DE9B68B" w14:textId="111AFE26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zobowiązuję się do wypełniania ankiet ewaluacyjnych i monitoringowych (w trakcie i po zakończeniu projektu), testów psychologicznych i innych dokumentów niezbędnych do prawidłowej realizacji Projektu;</w:t>
      </w:r>
    </w:p>
    <w:p w14:paraId="2A0CB688" w14:textId="6FCF3FDB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zobowiązuję się do systematycznego udziału w formach wsparcia, na które zostanę zakwalifikowany</w:t>
      </w:r>
      <w:r w:rsidR="0040058E">
        <w:rPr>
          <w:rFonts w:ascii="Tahoma" w:hAnsi="Tahoma" w:cs="Tahoma"/>
          <w:sz w:val="24"/>
          <w:szCs w:val="24"/>
        </w:rPr>
        <w:t>/-a</w:t>
      </w:r>
      <w:r w:rsidRPr="00910D9D">
        <w:rPr>
          <w:rFonts w:ascii="Tahoma" w:hAnsi="Tahoma" w:cs="Tahoma"/>
          <w:sz w:val="24"/>
          <w:szCs w:val="24"/>
        </w:rPr>
        <w:t xml:space="preserve"> i potwierdzania uczestnictwa w wybranych formach wsparcia swoim podpisem na listach obecności i innych dokumentach stosowanych w Projekcie; </w:t>
      </w:r>
    </w:p>
    <w:p w14:paraId="44C3568C" w14:textId="102DDB56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zobowiązuję się do przekazania JMM sp. z o.o w terminie 4 tygodni po zakończeniu udziału w projekcie danych dotyczących mojego statusu na rynku pracy oraz informacje na temat udziału w kształceniu lub szkoleniu oraz uzyskania kwalifikacji lub nabycia kompetencji</w:t>
      </w:r>
      <w:r w:rsidR="0040058E">
        <w:rPr>
          <w:rFonts w:ascii="Tahoma" w:hAnsi="Tahoma" w:cs="Tahoma"/>
          <w:sz w:val="24"/>
          <w:szCs w:val="24"/>
        </w:rPr>
        <w:t>,</w:t>
      </w:r>
      <w:r w:rsidRPr="00910D9D">
        <w:rPr>
          <w:rFonts w:ascii="Tahoma" w:hAnsi="Tahoma" w:cs="Tahoma"/>
          <w:sz w:val="24"/>
          <w:szCs w:val="24"/>
        </w:rPr>
        <w:t xml:space="preserve"> </w:t>
      </w:r>
    </w:p>
    <w:p w14:paraId="14DC1C38" w14:textId="62BF8369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 xml:space="preserve">zobowiązuję się do przekazania JMM sp. z o.o. kopii umowy o pracę/umowy zlecenia lub dostarczenia zaświadczenia od pracodawcy potwierdzającego zatrudnienie lub dokumentacji potwierdzającej założenie i prowadzenie działalności gospodarczej, w przypadku podjęcia zatrudnienia w trakcie uczestnictwa w projekcie, </w:t>
      </w:r>
    </w:p>
    <w:p w14:paraId="5B333E46" w14:textId="4A4432C1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akceptuję fakt, że złożenie przeze mnie formularza zgłoszeniowego nie jest równoznaczne z zakwalifikowaniem do Projektu. W przypadku nie zakwalifikowania się do udziału w Projekcie nie będę wznosił/a żadnych roszczeń ani zastrzeżeń do Realizatora Projektu</w:t>
      </w:r>
    </w:p>
    <w:p w14:paraId="57E8EA88" w14:textId="60CC7769" w:rsidR="00910D9D" w:rsidRPr="00910D9D" w:rsidRDefault="00910D9D" w:rsidP="00D33F43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lastRenderedPageBreak/>
        <w:t xml:space="preserve">Zostałem/łam poinformowany/na, że Beneficjent jest administratorem danych osobowych wskazanych w art. 87 ustawy, zgodnie z art. 88 ustawy wdrożeniowej. W niezbędnym zakresie dane osobowe, będą przekazywane Instytucji Pośredniczącej (IP) oraz Instytucji </w:t>
      </w:r>
      <w:proofErr w:type="spellStart"/>
      <w:r w:rsidRPr="00910D9D">
        <w:rPr>
          <w:rFonts w:ascii="Tahoma" w:hAnsi="Tahoma" w:cs="Tahoma"/>
          <w:sz w:val="24"/>
          <w:szCs w:val="24"/>
        </w:rPr>
        <w:t>Zarządzajacej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 (IZ) FEMP, w szczególności na podstawie art. 6 ust. 1 lit. c RODO, do celów dotyczących realizacji zadań IP/IZ FEMP związanych z dofinansowaniem projektu zgodnie z przepisami prawa.</w:t>
      </w:r>
    </w:p>
    <w:p w14:paraId="1D7A3ADA" w14:textId="77777777" w:rsidR="00910D9D" w:rsidRPr="00910D9D" w:rsidRDefault="00910D9D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Przyjmuję do wiadomości, że podane informacje mogą podlegać weryfikacji przez upoważnione instytucje (np. urzędy kontroli skarbowej) na podstawie krajowych rejestrów (np. rejestr ZUS, rejestr PUP) pod względem ich zgodności z prawdą.</w:t>
      </w:r>
    </w:p>
    <w:p w14:paraId="5E39E9D6" w14:textId="6FEC0728" w:rsidR="00910D9D" w:rsidRPr="00910D9D" w:rsidRDefault="00910D9D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Oświadczam że, zostałem/</w:t>
      </w:r>
      <w:proofErr w:type="spellStart"/>
      <w:r w:rsidRPr="00910D9D">
        <w:rPr>
          <w:rFonts w:ascii="Tahoma" w:hAnsi="Tahoma" w:cs="Tahoma"/>
          <w:sz w:val="24"/>
          <w:szCs w:val="24"/>
        </w:rPr>
        <w:t>am</w:t>
      </w:r>
      <w:proofErr w:type="spellEnd"/>
      <w:r w:rsidRPr="00910D9D">
        <w:rPr>
          <w:rFonts w:ascii="Tahoma" w:hAnsi="Tahoma" w:cs="Tahoma"/>
          <w:sz w:val="24"/>
          <w:szCs w:val="24"/>
        </w:rPr>
        <w:t xml:space="preserve"> poinformowany/a przez Beneficjenta o możliwości</w:t>
      </w:r>
      <w:r w:rsidR="00EF7605">
        <w:rPr>
          <w:rFonts w:ascii="Tahoma" w:hAnsi="Tahoma" w:cs="Tahoma"/>
          <w:sz w:val="24"/>
          <w:szCs w:val="24"/>
        </w:rPr>
        <w:t xml:space="preserve"> </w:t>
      </w:r>
      <w:r w:rsidRPr="00910D9D">
        <w:rPr>
          <w:rFonts w:ascii="Tahoma" w:hAnsi="Tahoma" w:cs="Tahoma"/>
          <w:sz w:val="24"/>
          <w:szCs w:val="24"/>
        </w:rPr>
        <w:t>zgłaszania o niezgodności projektu lub działań związanych z realizacją projektu przez Beneficjenta z zapisami Karty Praw Podstawowych (KPP) i Konwencji o prawach osób niepełnosprawnych (KPON) do Instytucji Zarządzającej na adres mailowy: KPP_KPON@umwm.malopolska.pl lub w innej formie, jeśli wynika to ze szczególnych potrzeb komunikacyjnych zgłaszającego.</w:t>
      </w:r>
    </w:p>
    <w:p w14:paraId="019D06D8" w14:textId="77777777" w:rsidR="00910D9D" w:rsidRDefault="00910D9D" w:rsidP="00D33F43">
      <w:pPr>
        <w:spacing w:line="360" w:lineRule="auto"/>
        <w:rPr>
          <w:rFonts w:ascii="Segoe UI Symbol" w:hAnsi="Segoe UI Symbol" w:cs="Segoe UI Symbol"/>
          <w:sz w:val="24"/>
          <w:szCs w:val="24"/>
        </w:rPr>
      </w:pPr>
      <w:r w:rsidRPr="00910D9D">
        <w:rPr>
          <w:rFonts w:ascii="Tahoma" w:hAnsi="Tahoma" w:cs="Tahoma"/>
          <w:sz w:val="24"/>
          <w:szCs w:val="24"/>
        </w:rPr>
        <w:t>Pouczony/-a o odpowiedzialności karnej za składanie fałszywych zeznań (art. 233 ustawy z dnia 6 czerwca 1997r. Kodeks karny – Dz.U. nr 88, poz. 553 z 1997r. ze zmianami) potwierdzam własnoręcznym podpisem prawdziwość zawartych powyżej danyc</w:t>
      </w:r>
      <w:r w:rsidRPr="00910D9D">
        <w:rPr>
          <w:rFonts w:ascii="Segoe UI Symbol" w:hAnsi="Segoe UI Symbol" w:cs="Segoe UI Symbol"/>
          <w:sz w:val="24"/>
          <w:szCs w:val="24"/>
        </w:rPr>
        <w:t>h</w:t>
      </w:r>
    </w:p>
    <w:p w14:paraId="7CE32A68" w14:textId="001C3516" w:rsidR="00CB2EA6" w:rsidRPr="00BD57C4" w:rsidRDefault="00734924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Odrębne dokumenty dotyczące przetwarzania danych osobowych, w tym wymagane oświadczenia RODO, stanowią część dokumentacji rekrutacyjnej i podlegają podpisaniu przez Kandydata/Kandydatkę.</w:t>
      </w:r>
    </w:p>
    <w:p w14:paraId="497E996B" w14:textId="09400433" w:rsidR="00CB2EA6" w:rsidRPr="00BD57C4" w:rsidRDefault="00D33F43" w:rsidP="00D33F43">
      <w:pPr>
        <w:spacing w:before="600" w:line="360" w:lineRule="auto"/>
        <w:rPr>
          <w:rFonts w:ascii="Tahoma" w:hAnsi="Tahoma" w:cs="Tahoma"/>
          <w:sz w:val="24"/>
          <w:szCs w:val="24"/>
        </w:rPr>
      </w:pPr>
      <w:r w:rsidRPr="00C67D54">
        <w:rPr>
          <w:rFonts w:ascii="Tahoma" w:hAnsi="Tahoma" w:cs="Tahoma"/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632BF" wp14:editId="348D38ED">
                <wp:simplePos x="0" y="0"/>
                <wp:positionH relativeFrom="page">
                  <wp:posOffset>4943159</wp:posOffset>
                </wp:positionH>
                <wp:positionV relativeFrom="paragraph">
                  <wp:posOffset>-400685</wp:posOffset>
                </wp:positionV>
                <wp:extent cx="2324036" cy="823478"/>
                <wp:effectExtent l="0" t="190500" r="19685" b="262890"/>
                <wp:wrapNone/>
                <wp:docPr id="727317330" name="Strzałka: w le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03963">
                          <a:off x="0" y="0"/>
                          <a:ext cx="2324036" cy="82347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C10A99" w14:textId="77777777" w:rsidR="00D33F43" w:rsidRPr="00B15EA3" w:rsidRDefault="00D33F43" w:rsidP="00D33F4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DATA, </w:t>
                            </w:r>
                            <w:r w:rsidRPr="00B15EA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632B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1" o:spid="_x0000_s1026" type="#_x0000_t66" style="position:absolute;margin-left:389.25pt;margin-top:-31.55pt;width:183pt;height:64.85pt;rotation:-1306391fd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" adj="3827" fillcolor="#4f81bd [3204]" strokecolor="#0a121c [484]" strokeweight="2pt">
                <v:textbox>
                  <w:txbxContent>
                    <w:p w14:paraId="37C10A99" w14:textId="77777777" w:rsidR="00D33F43" w:rsidRPr="00B15EA3" w:rsidRDefault="00D33F43" w:rsidP="00D33F4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DATA, </w:t>
                      </w:r>
                      <w:r w:rsidRPr="00B15EA3">
                        <w:rPr>
                          <w:b/>
                          <w:bCs/>
                          <w:sz w:val="36"/>
                          <w:szCs w:val="36"/>
                        </w:rPr>
                        <w:t>PODPIS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34924" w:rsidRPr="00BD57C4">
        <w:rPr>
          <w:rFonts w:ascii="Tahoma" w:hAnsi="Tahoma" w:cs="Tahoma"/>
          <w:sz w:val="24"/>
          <w:szCs w:val="24"/>
        </w:rPr>
        <w:t>________________________________</w:t>
      </w:r>
    </w:p>
    <w:p w14:paraId="18D08460" w14:textId="77777777" w:rsidR="00CB2EA6" w:rsidRPr="00BD57C4" w:rsidRDefault="00734924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MIEJSCOWOŚĆ I DATA</w:t>
      </w:r>
    </w:p>
    <w:p w14:paraId="6529D04B" w14:textId="77777777" w:rsidR="00CB2EA6" w:rsidRPr="00BD57C4" w:rsidRDefault="00734924" w:rsidP="00D33F43">
      <w:pPr>
        <w:spacing w:before="840" w:line="360" w:lineRule="auto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________________________________</w:t>
      </w:r>
    </w:p>
    <w:p w14:paraId="1028B46D" w14:textId="77777777" w:rsidR="00CB2EA6" w:rsidRPr="00BD57C4" w:rsidRDefault="00734924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t>CZYTELNY PODPIS UCZESTNIKA PROJEKTU</w:t>
      </w:r>
    </w:p>
    <w:p w14:paraId="4D7A9BAF" w14:textId="355BFF04" w:rsidR="00CB2EA6" w:rsidRPr="00BD57C4" w:rsidRDefault="00734924" w:rsidP="00D33F43">
      <w:pPr>
        <w:spacing w:line="360" w:lineRule="auto"/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sz w:val="24"/>
          <w:szCs w:val="24"/>
        </w:rPr>
        <w:br w:type="page"/>
      </w:r>
      <w:r w:rsidRPr="00BD57C4">
        <w:rPr>
          <w:rFonts w:ascii="Tahoma" w:hAnsi="Tahoma" w:cs="Tahoma"/>
          <w:sz w:val="24"/>
          <w:szCs w:val="24"/>
        </w:rPr>
        <w:lastRenderedPageBreak/>
        <w:t>L. Wykaz dokumentów dołączanych do Formularza zgłoszeniowego</w:t>
      </w:r>
    </w:p>
    <w:p w14:paraId="73B3731F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Dla wszystkich Kandydatów/Kandydatek:</w:t>
      </w:r>
    </w:p>
    <w:p w14:paraId="46545157" w14:textId="2BD5B1F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oświadczenie </w:t>
      </w:r>
      <w:r w:rsidR="0040058E">
        <w:rPr>
          <w:rFonts w:ascii="Tahoma" w:hAnsi="Tahoma" w:cs="Tahoma"/>
          <w:sz w:val="24"/>
          <w:szCs w:val="24"/>
        </w:rPr>
        <w:t xml:space="preserve">Nr 1 </w:t>
      </w:r>
      <w:r w:rsidRPr="00BD57C4">
        <w:rPr>
          <w:rFonts w:ascii="Tahoma" w:hAnsi="Tahoma" w:cs="Tahoma"/>
          <w:sz w:val="24"/>
          <w:szCs w:val="24"/>
        </w:rPr>
        <w:t>o nieotrzymywaniu analogicznego wsparcia</w:t>
      </w:r>
    </w:p>
    <w:p w14:paraId="2BC151CB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oświadczenie/informacja RODO JMM</w:t>
      </w:r>
    </w:p>
    <w:p w14:paraId="326BB4C2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Załącznik Nr 2 do Zasad przetwarzania danych osobowych – Oświadczenie uczestnika projektu</w:t>
      </w:r>
    </w:p>
    <w:p w14:paraId="69025269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dokument potwierdzający miejsce zamieszkania w województwie małopolskim albo – wyjątkowo – oświadczenie o miejscu zamieszkania wraz z potwierdzeniem wglądu przez Beneficjenta</w:t>
      </w:r>
    </w:p>
    <w:p w14:paraId="1920817B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dokumenty potwierdzające kryteria preferencji – jeżeli Kandydat/Kandydatka ubiega się o punkty preferencyjne</w:t>
      </w:r>
    </w:p>
    <w:p w14:paraId="0F13FE6A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Pracownik zagrożony zwolnieniem:</w:t>
      </w:r>
    </w:p>
    <w:p w14:paraId="0D13DADD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zaświadczenie pracodawcy według wzoru Projektu</w:t>
      </w:r>
    </w:p>
    <w:p w14:paraId="4DC00628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zaświadczenie ZUS / informacja PUE ZUS potwierdzająca brak innego źródła dochodu i brak samozatrudnienia</w:t>
      </w:r>
    </w:p>
    <w:p w14:paraId="5AB91D5F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oświadczenie o dodatkowej działalności zarobkowej – jeżeli dotyczy</w:t>
      </w:r>
    </w:p>
    <w:p w14:paraId="0AA8B47C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Pracownik przewidziany do zwolnienia:</w:t>
      </w:r>
    </w:p>
    <w:p w14:paraId="0520ACE7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wypowiedzenie albo zaświadczenie pracodawcy o zamiarze nieprzedłużenia umowy wraz z uzasadnieniem</w:t>
      </w:r>
    </w:p>
    <w:p w14:paraId="5195C1B4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zaświadczenie ZUS / informacja PUE ZUS</w:t>
      </w:r>
    </w:p>
    <w:p w14:paraId="79350189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oświadczenie o dodatkowej działalności zarobkowej – jeżeli dotyczy</w:t>
      </w:r>
    </w:p>
    <w:p w14:paraId="0188DB3C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Osoba zwolniona:</w:t>
      </w:r>
    </w:p>
    <w:p w14:paraId="7A4F4703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świadectwo pracy lub wypowiedzenie wskazujące przyczynę niedotyczącą pracownika</w:t>
      </w:r>
    </w:p>
    <w:p w14:paraId="4E644376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zaświadczenie ZUS / informacja PUE ZUS – gdy osoba nie jest zarejestrowana w PUP, albo zaświadczenie PUP – gdy osoba jest zarejestrowana jako bezrobotna</w:t>
      </w:r>
    </w:p>
    <w:p w14:paraId="777CF788" w14:textId="77777777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>Osoba odchodząca z rolnictwa:</w:t>
      </w:r>
    </w:p>
    <w:p w14:paraId="10310B4E" w14:textId="77777777" w:rsidR="00CB2EA6" w:rsidRPr="00BD57C4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zaświadczenie KRUS o podleganiu ubezpieczeniu emerytalno-rentowemu</w:t>
      </w:r>
    </w:p>
    <w:p w14:paraId="448B5C38" w14:textId="77777777" w:rsidR="00CB2EA6" w:rsidRDefault="00734924">
      <w:pPr>
        <w:ind w:hanging="85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oświadczenie o zamiarze podjęcia zatrudnienia lub innej działalności pozarolniczej</w:t>
      </w:r>
    </w:p>
    <w:p w14:paraId="582CC7F0" w14:textId="6C0A5094" w:rsidR="00D33F43" w:rsidRPr="00BD57C4" w:rsidRDefault="00D33F43" w:rsidP="00D33F43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 xml:space="preserve">Osoba </w:t>
      </w:r>
      <w:r>
        <w:rPr>
          <w:rFonts w:ascii="Tahoma" w:hAnsi="Tahoma" w:cs="Tahoma"/>
          <w:b/>
          <w:sz w:val="24"/>
          <w:szCs w:val="24"/>
        </w:rPr>
        <w:t>z niepełnosprawnościami</w:t>
      </w:r>
      <w:r w:rsidRPr="00BD57C4">
        <w:rPr>
          <w:rFonts w:ascii="Tahoma" w:hAnsi="Tahoma" w:cs="Tahoma"/>
          <w:b/>
          <w:sz w:val="24"/>
          <w:szCs w:val="24"/>
        </w:rPr>
        <w:t>:</w:t>
      </w:r>
    </w:p>
    <w:p w14:paraId="5E662E7F" w14:textId="77777777" w:rsidR="00D33F43" w:rsidRPr="00D33F43" w:rsidRDefault="00D33F43" w:rsidP="00D33F43">
      <w:pPr>
        <w:spacing w:after="0" w:line="276" w:lineRule="auto"/>
        <w:rPr>
          <w:rFonts w:ascii="Tahoma" w:hAnsi="Tahoma" w:cs="Tahoma"/>
          <w:bCs/>
          <w:sz w:val="24"/>
          <w:szCs w:val="24"/>
        </w:rPr>
      </w:pPr>
      <w:r w:rsidRPr="00D33F43">
        <w:rPr>
          <w:rFonts w:ascii="Segoe UI Symbol" w:hAnsi="Segoe UI Symbol" w:cs="Segoe UI Symbol"/>
          <w:sz w:val="24"/>
          <w:szCs w:val="24"/>
        </w:rPr>
        <w:t>☐</w:t>
      </w:r>
      <w:r w:rsidRPr="00D33F43">
        <w:rPr>
          <w:rFonts w:ascii="Tahoma" w:hAnsi="Tahoma" w:cs="Tahoma"/>
          <w:sz w:val="24"/>
          <w:szCs w:val="24"/>
        </w:rPr>
        <w:t xml:space="preserve"> </w:t>
      </w:r>
      <w:r w:rsidRPr="00D33F43">
        <w:rPr>
          <w:rFonts w:ascii="Tahoma" w:hAnsi="Tahoma" w:cs="Tahoma"/>
          <w:bCs/>
          <w:sz w:val="24"/>
          <w:szCs w:val="24"/>
        </w:rPr>
        <w:t>orzeczenie o niepełnosprawności;</w:t>
      </w:r>
    </w:p>
    <w:p w14:paraId="7F69F89F" w14:textId="582747B1" w:rsidR="00D33F43" w:rsidRDefault="00D33F43" w:rsidP="00D33F43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BD57C4">
        <w:rPr>
          <w:rFonts w:ascii="Segoe UI Symbol" w:hAnsi="Segoe UI Symbol" w:cs="Segoe UI Symbol"/>
          <w:sz w:val="24"/>
          <w:szCs w:val="24"/>
        </w:rPr>
        <w:t>☐</w:t>
      </w:r>
      <w:r w:rsidRPr="00BD57C4">
        <w:rPr>
          <w:rFonts w:ascii="Tahoma" w:hAnsi="Tahoma" w:cs="Tahoma"/>
          <w:sz w:val="24"/>
          <w:szCs w:val="24"/>
        </w:rPr>
        <w:t xml:space="preserve"> </w:t>
      </w:r>
      <w:r w:rsidRPr="00C67D54">
        <w:rPr>
          <w:rFonts w:ascii="Tahoma" w:hAnsi="Tahoma" w:cs="Tahoma"/>
          <w:bCs/>
          <w:sz w:val="24"/>
          <w:szCs w:val="24"/>
        </w:rPr>
        <w:t>lub in</w:t>
      </w:r>
      <w:r w:rsidRPr="00C67D54">
        <w:rPr>
          <w:rFonts w:ascii="Tahoma" w:hAnsi="Tahoma" w:cs="Tahoma"/>
          <w:bCs/>
          <w:sz w:val="23"/>
          <w:szCs w:val="23"/>
        </w:rPr>
        <w:t>ny dokument poświadczający stan zdrowia</w:t>
      </w:r>
    </w:p>
    <w:p w14:paraId="30B45887" w14:textId="77777777" w:rsidR="00D33F43" w:rsidRPr="00BD57C4" w:rsidRDefault="00D33F43">
      <w:pPr>
        <w:ind w:hanging="85"/>
        <w:rPr>
          <w:rFonts w:ascii="Tahoma" w:hAnsi="Tahoma" w:cs="Tahoma"/>
          <w:sz w:val="24"/>
          <w:szCs w:val="24"/>
        </w:rPr>
      </w:pPr>
    </w:p>
    <w:p w14:paraId="5FDCDC21" w14:textId="77777777" w:rsidR="00F658EA" w:rsidRDefault="00F658EA">
      <w:pPr>
        <w:rPr>
          <w:rFonts w:ascii="Tahoma" w:hAnsi="Tahoma" w:cs="Tahoma"/>
          <w:b/>
          <w:sz w:val="24"/>
          <w:szCs w:val="24"/>
        </w:rPr>
      </w:pPr>
    </w:p>
    <w:p w14:paraId="315DA29E" w14:textId="62833D8B" w:rsidR="00CB2EA6" w:rsidRPr="00BD57C4" w:rsidRDefault="00734924">
      <w:pPr>
        <w:rPr>
          <w:rFonts w:ascii="Tahoma" w:hAnsi="Tahoma" w:cs="Tahoma"/>
          <w:sz w:val="24"/>
          <w:szCs w:val="24"/>
        </w:rPr>
      </w:pPr>
      <w:r w:rsidRPr="00BD57C4">
        <w:rPr>
          <w:rFonts w:ascii="Tahoma" w:hAnsi="Tahoma" w:cs="Tahoma"/>
          <w:b/>
          <w:sz w:val="24"/>
          <w:szCs w:val="24"/>
        </w:rPr>
        <w:t xml:space="preserve">Ważność zaświadczeń: </w:t>
      </w:r>
      <w:r w:rsidRPr="00BD57C4">
        <w:rPr>
          <w:rFonts w:ascii="Tahoma" w:hAnsi="Tahoma" w:cs="Tahoma"/>
          <w:sz w:val="24"/>
          <w:szCs w:val="24"/>
        </w:rPr>
        <w:t>30 dni od dnia wydania.</w:t>
      </w:r>
    </w:p>
    <w:sectPr w:rsidR="00CB2EA6" w:rsidRPr="00BD57C4" w:rsidSect="00BD57C4">
      <w:footerReference w:type="default" r:id="rId9"/>
      <w:pgSz w:w="12240" w:h="15840"/>
      <w:pgMar w:top="1418" w:right="907" w:bottom="850" w:left="90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4EB88" w14:textId="77777777" w:rsidR="00734924" w:rsidRDefault="00734924">
      <w:pPr>
        <w:spacing w:after="0" w:line="240" w:lineRule="auto"/>
      </w:pPr>
      <w:r>
        <w:separator/>
      </w:r>
    </w:p>
  </w:endnote>
  <w:endnote w:type="continuationSeparator" w:id="0">
    <w:p w14:paraId="1A847501" w14:textId="77777777" w:rsidR="00734924" w:rsidRDefault="00734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3F6D" w14:textId="77777777" w:rsidR="00CB2EA6" w:rsidRDefault="00734924">
    <w:pPr>
      <w:pStyle w:val="Stopka"/>
    </w:pPr>
    <w:r>
      <w:rPr>
        <w:b/>
        <w:sz w:val="16"/>
      </w:rPr>
      <w:t>PROJEKT: WSPARCIE NA (RE)STARCIE  |  FEMP.06.06-IP.02-0050/25</w:t>
    </w:r>
  </w:p>
  <w:p w14:paraId="7A182B76" w14:textId="77777777" w:rsidR="00CB2EA6" w:rsidRDefault="00734924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BD57C4">
      <w:rPr>
        <w:sz w:val="16"/>
      </w:rPr>
      <w:fldChar w:fldCharType="separate"/>
    </w:r>
    <w:r w:rsidR="00BD57C4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02A5" w14:textId="77777777" w:rsidR="00734924" w:rsidRDefault="00734924">
      <w:pPr>
        <w:spacing w:after="0" w:line="240" w:lineRule="auto"/>
      </w:pPr>
      <w:r>
        <w:separator/>
      </w:r>
    </w:p>
  </w:footnote>
  <w:footnote w:type="continuationSeparator" w:id="0">
    <w:p w14:paraId="78F8FC57" w14:textId="77777777" w:rsidR="00734924" w:rsidRDefault="00734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56666F"/>
    <w:multiLevelType w:val="hybridMultilevel"/>
    <w:tmpl w:val="7C36B53A"/>
    <w:lvl w:ilvl="0" w:tplc="2722B6B8">
      <w:start w:val="1"/>
      <w:numFmt w:val="lowerLetter"/>
      <w:lvlText w:val="%1)"/>
      <w:lvlJc w:val="left"/>
      <w:pPr>
        <w:ind w:left="643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DFF6F6E"/>
    <w:multiLevelType w:val="hybridMultilevel"/>
    <w:tmpl w:val="25FC8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546E2"/>
    <w:multiLevelType w:val="hybridMultilevel"/>
    <w:tmpl w:val="FEC8D0DA"/>
    <w:lvl w:ilvl="0" w:tplc="DAE403C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619F9"/>
    <w:multiLevelType w:val="hybridMultilevel"/>
    <w:tmpl w:val="4BB4D198"/>
    <w:lvl w:ilvl="0" w:tplc="7858402C">
      <w:start w:val="1"/>
      <w:numFmt w:val="bullet"/>
      <w:lvlText w:val="⃣"/>
      <w:lvlJc w:val="left"/>
      <w:pPr>
        <w:ind w:left="607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046750">
    <w:abstractNumId w:val="8"/>
  </w:num>
  <w:num w:numId="2" w16cid:durableId="1729189661">
    <w:abstractNumId w:val="6"/>
  </w:num>
  <w:num w:numId="3" w16cid:durableId="413599177">
    <w:abstractNumId w:val="5"/>
  </w:num>
  <w:num w:numId="4" w16cid:durableId="1764569918">
    <w:abstractNumId w:val="4"/>
  </w:num>
  <w:num w:numId="5" w16cid:durableId="893809232">
    <w:abstractNumId w:val="7"/>
  </w:num>
  <w:num w:numId="6" w16cid:durableId="1388991957">
    <w:abstractNumId w:val="3"/>
  </w:num>
  <w:num w:numId="7" w16cid:durableId="1893497993">
    <w:abstractNumId w:val="2"/>
  </w:num>
  <w:num w:numId="8" w16cid:durableId="1412581977">
    <w:abstractNumId w:val="1"/>
  </w:num>
  <w:num w:numId="9" w16cid:durableId="538132820">
    <w:abstractNumId w:val="0"/>
  </w:num>
  <w:num w:numId="10" w16cid:durableId="1364331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2330775">
    <w:abstractNumId w:val="12"/>
  </w:num>
  <w:num w:numId="12" w16cid:durableId="1088624805">
    <w:abstractNumId w:val="9"/>
  </w:num>
  <w:num w:numId="13" w16cid:durableId="173617228">
    <w:abstractNumId w:val="10"/>
  </w:num>
  <w:num w:numId="14" w16cid:durableId="5753621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058E"/>
    <w:rsid w:val="00495560"/>
    <w:rsid w:val="00734924"/>
    <w:rsid w:val="00910D9D"/>
    <w:rsid w:val="00AA1D8D"/>
    <w:rsid w:val="00B47730"/>
    <w:rsid w:val="00B80028"/>
    <w:rsid w:val="00BD57C4"/>
    <w:rsid w:val="00CB0664"/>
    <w:rsid w:val="00CB2EA6"/>
    <w:rsid w:val="00D33F43"/>
    <w:rsid w:val="00EF7605"/>
    <w:rsid w:val="00F24142"/>
    <w:rsid w:val="00F658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051A6B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F43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B80028"/>
    <w:rPr>
      <w:rFonts w:ascii="Arial" w:hAnsi="Arial"/>
      <w:sz w:val="21"/>
      <w:lang w:val="pl-PL" w:eastAsia="pl-PL"/>
    </w:rPr>
  </w:style>
  <w:style w:type="table" w:customStyle="1" w:styleId="Siatkatabelijasna12">
    <w:name w:val="Siatka tabeli — jasna12"/>
    <w:basedOn w:val="Standardowy"/>
    <w:uiPriority w:val="40"/>
    <w:rsid w:val="00910D9D"/>
    <w:pPr>
      <w:spacing w:after="0" w:line="240" w:lineRule="auto"/>
    </w:pPr>
    <w:rPr>
      <w:rFonts w:eastAsia="Calibri"/>
      <w:lang w:val="pl-P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2315</Words>
  <Characters>13893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zgłoszeniowy uczestnika projektu WSPARCIE NA (RE)STARCIE</vt:lpstr>
      <vt:lpstr/>
    </vt:vector>
  </TitlesOfParts>
  <Manager/>
  <Company/>
  <LinksUpToDate>false</LinksUpToDate>
  <CharactersWithSpaces>16176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uczestnika projektu WSPARCIE NA (RE)STARCIE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5</cp:revision>
  <dcterms:created xsi:type="dcterms:W3CDTF">2013-12-23T23:15:00Z</dcterms:created>
  <dcterms:modified xsi:type="dcterms:W3CDTF">2026-09-13T12:20:00Z</dcterms:modified>
  <cp:category/>
</cp:coreProperties>
</file>