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98D49" w14:textId="77777777" w:rsidR="000E470B" w:rsidRPr="00CD1202" w:rsidRDefault="00BB121D">
      <w:pPr>
        <w:pStyle w:val="Tytu"/>
        <w:jc w:val="center"/>
        <w:rPr>
          <w:rFonts w:ascii="Tahoma" w:hAnsi="Tahoma" w:cs="Tahoma"/>
          <w:sz w:val="24"/>
          <w:szCs w:val="24"/>
        </w:rPr>
      </w:pPr>
      <w:r w:rsidRPr="00CD1202">
        <w:rPr>
          <w:rFonts w:ascii="Tahoma" w:hAnsi="Tahoma" w:cs="Tahoma"/>
          <w:sz w:val="24"/>
          <w:szCs w:val="24"/>
        </w:rPr>
        <w:t>OŚWIADCZENIE</w:t>
      </w:r>
    </w:p>
    <w:p w14:paraId="24DDE4A4" w14:textId="77777777" w:rsidR="000E470B" w:rsidRPr="00CD1202" w:rsidRDefault="00BB121D">
      <w:pPr>
        <w:jc w:val="center"/>
        <w:rPr>
          <w:rFonts w:ascii="Tahoma" w:hAnsi="Tahoma" w:cs="Tahoma"/>
          <w:sz w:val="24"/>
          <w:szCs w:val="24"/>
        </w:rPr>
      </w:pPr>
      <w:r w:rsidRPr="00CD1202">
        <w:rPr>
          <w:rFonts w:ascii="Tahoma" w:hAnsi="Tahoma" w:cs="Tahoma"/>
          <w:b/>
          <w:sz w:val="24"/>
          <w:szCs w:val="24"/>
        </w:rPr>
        <w:t>status dodatkowej działalności zarobkowej / samozatrudnienia</w:t>
      </w:r>
    </w:p>
    <w:tbl>
      <w:tblPr>
        <w:tblW w:w="9639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4483"/>
      </w:tblGrid>
      <w:tr w:rsidR="000E470B" w:rsidRPr="00CD1202" w14:paraId="4DBEB956" w14:textId="77777777" w:rsidTr="00CD1202">
        <w:trPr>
          <w:tblHeader/>
          <w:jc w:val="center"/>
        </w:trPr>
        <w:tc>
          <w:tcPr>
            <w:tcW w:w="5156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99271D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b/>
                <w:sz w:val="24"/>
                <w:szCs w:val="24"/>
              </w:rPr>
              <w:t>Informacja</w:t>
            </w:r>
          </w:p>
        </w:tc>
        <w:tc>
          <w:tcPr>
            <w:tcW w:w="4483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7E84EF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b/>
                <w:sz w:val="24"/>
                <w:szCs w:val="24"/>
              </w:rPr>
              <w:t>Wartość</w:t>
            </w:r>
          </w:p>
        </w:tc>
      </w:tr>
      <w:tr w:rsidR="000E470B" w:rsidRPr="00CD1202" w14:paraId="1B18AD1C" w14:textId="77777777" w:rsidTr="00CD1202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D90364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b/>
                <w:sz w:val="24"/>
                <w:szCs w:val="24"/>
              </w:rPr>
              <w:t>Beneficjent</w:t>
            </w:r>
          </w:p>
        </w:tc>
        <w:tc>
          <w:tcPr>
            <w:tcW w:w="44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63E36E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sz w:val="24"/>
                <w:szCs w:val="24"/>
              </w:rPr>
              <w:t>JMM Sp. z o.o.</w:t>
            </w:r>
          </w:p>
        </w:tc>
      </w:tr>
      <w:tr w:rsidR="000E470B" w:rsidRPr="00CD1202" w14:paraId="3387DDD6" w14:textId="77777777" w:rsidTr="00CD1202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B5BCDA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b/>
                <w:sz w:val="24"/>
                <w:szCs w:val="24"/>
              </w:rPr>
              <w:t>Projekt</w:t>
            </w:r>
          </w:p>
        </w:tc>
        <w:tc>
          <w:tcPr>
            <w:tcW w:w="44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1ABB16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sz w:val="24"/>
                <w:szCs w:val="24"/>
              </w:rPr>
              <w:t>WSPARCIE NA (RE)STARCIE</w:t>
            </w:r>
          </w:p>
        </w:tc>
      </w:tr>
      <w:tr w:rsidR="000E470B" w:rsidRPr="00CD1202" w14:paraId="5E4F8F60" w14:textId="77777777" w:rsidTr="00CD1202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561FFA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b/>
                <w:sz w:val="24"/>
                <w:szCs w:val="24"/>
              </w:rPr>
              <w:t>Nr projektu</w:t>
            </w:r>
          </w:p>
        </w:tc>
        <w:tc>
          <w:tcPr>
            <w:tcW w:w="44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15A45E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sz w:val="24"/>
                <w:szCs w:val="24"/>
              </w:rPr>
              <w:t>FEMP.06.06-IP.02-0050/25</w:t>
            </w:r>
          </w:p>
        </w:tc>
      </w:tr>
      <w:tr w:rsidR="000E470B" w:rsidRPr="00CD1202" w14:paraId="67AF165C" w14:textId="77777777" w:rsidTr="00CD1202">
        <w:trPr>
          <w:cantSplit/>
          <w:jc w:val="center"/>
        </w:trPr>
        <w:tc>
          <w:tcPr>
            <w:tcW w:w="515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3C3EED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b/>
                <w:sz w:val="24"/>
                <w:szCs w:val="24"/>
              </w:rPr>
              <w:t>Biuro Projektu</w:t>
            </w:r>
          </w:p>
        </w:tc>
        <w:tc>
          <w:tcPr>
            <w:tcW w:w="44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46D6E5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sz w:val="24"/>
                <w:szCs w:val="24"/>
              </w:rPr>
              <w:t>ul. Rynek 4, pok. 2.7, 32-300 Olkusz</w:t>
            </w:r>
          </w:p>
        </w:tc>
      </w:tr>
      <w:tr w:rsidR="000E470B" w:rsidRPr="00CD1202" w14:paraId="09E51EE3" w14:textId="77777777" w:rsidTr="00CD1202">
        <w:trPr>
          <w:tblHeader/>
          <w:jc w:val="center"/>
        </w:trPr>
        <w:tc>
          <w:tcPr>
            <w:tcW w:w="5156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CDAC63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b/>
                <w:sz w:val="24"/>
                <w:szCs w:val="24"/>
              </w:rPr>
              <w:t>Pole</w:t>
            </w:r>
          </w:p>
        </w:tc>
        <w:tc>
          <w:tcPr>
            <w:tcW w:w="4483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5B47FA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b/>
                <w:sz w:val="24"/>
                <w:szCs w:val="24"/>
              </w:rPr>
              <w:t>Dane / zaznaczenie</w:t>
            </w:r>
          </w:p>
        </w:tc>
      </w:tr>
      <w:tr w:rsidR="000E470B" w:rsidRPr="00CD1202" w14:paraId="4B5F469F" w14:textId="77777777" w:rsidTr="00CD1202">
        <w:trPr>
          <w:cantSplit/>
          <w:jc w:val="center"/>
        </w:trPr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DE8E82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sz w:val="24"/>
                <w:szCs w:val="24"/>
              </w:rPr>
              <w:t>Imię i nazwisko</w:t>
            </w:r>
          </w:p>
        </w:tc>
        <w:tc>
          <w:tcPr>
            <w:tcW w:w="44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0DD2DD" w14:textId="77777777" w:rsidR="000E470B" w:rsidRPr="00CD1202" w:rsidRDefault="000E470B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E470B" w:rsidRPr="00CD1202" w14:paraId="00F55265" w14:textId="77777777" w:rsidTr="00CD1202">
        <w:trPr>
          <w:cantSplit/>
          <w:jc w:val="center"/>
        </w:trPr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250F8A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sz w:val="24"/>
                <w:szCs w:val="24"/>
              </w:rPr>
              <w:t>Adres zamieszkania</w:t>
            </w:r>
          </w:p>
        </w:tc>
        <w:tc>
          <w:tcPr>
            <w:tcW w:w="44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D1E971" w14:textId="77777777" w:rsidR="000E470B" w:rsidRPr="00CD1202" w:rsidRDefault="000E470B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E470B" w:rsidRPr="00CD1202" w14:paraId="2157921B" w14:textId="77777777" w:rsidTr="00CD1202">
        <w:trPr>
          <w:cantSplit/>
          <w:jc w:val="center"/>
        </w:trPr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66A4F6" w14:textId="77777777" w:rsidR="000E470B" w:rsidRPr="00CD1202" w:rsidRDefault="00BB121D">
            <w:pPr>
              <w:rPr>
                <w:rFonts w:ascii="Tahoma" w:hAnsi="Tahoma" w:cs="Tahoma"/>
                <w:sz w:val="24"/>
                <w:szCs w:val="24"/>
              </w:rPr>
            </w:pPr>
            <w:r w:rsidRPr="00CD1202">
              <w:rPr>
                <w:rFonts w:ascii="Tahoma" w:hAnsi="Tahoma" w:cs="Tahoma"/>
                <w:sz w:val="24"/>
                <w:szCs w:val="24"/>
              </w:rPr>
              <w:t>PESEL / inny identyfikator</w:t>
            </w:r>
          </w:p>
        </w:tc>
        <w:tc>
          <w:tcPr>
            <w:tcW w:w="44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D35B05" w14:textId="77777777" w:rsidR="000E470B" w:rsidRPr="00CD1202" w:rsidRDefault="000E470B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78CCDA2" w14:textId="77777777" w:rsidR="000E470B" w:rsidRPr="00CD1202" w:rsidRDefault="00BB121D" w:rsidP="00C54802">
      <w:pPr>
        <w:spacing w:before="240"/>
        <w:rPr>
          <w:rFonts w:ascii="Tahoma" w:hAnsi="Tahoma" w:cs="Tahoma"/>
          <w:sz w:val="24"/>
          <w:szCs w:val="24"/>
        </w:rPr>
      </w:pPr>
      <w:r w:rsidRPr="00CD1202">
        <w:rPr>
          <w:rFonts w:ascii="Tahoma" w:hAnsi="Tahoma" w:cs="Tahoma"/>
          <w:sz w:val="24"/>
          <w:szCs w:val="24"/>
        </w:rPr>
        <w:t>W związku z ubieganiem się o udział w Projekcie oświadczam, że (należy zaznaczyć właściwe):</w:t>
      </w:r>
    </w:p>
    <w:p w14:paraId="2FB97FB1" w14:textId="77777777" w:rsidR="000E470B" w:rsidRPr="00CD1202" w:rsidRDefault="00BB121D">
      <w:pPr>
        <w:ind w:hanging="85"/>
        <w:rPr>
          <w:rFonts w:ascii="Tahoma" w:hAnsi="Tahoma" w:cs="Tahoma"/>
          <w:sz w:val="24"/>
          <w:szCs w:val="24"/>
        </w:rPr>
      </w:pPr>
      <w:r w:rsidRPr="00CD1202">
        <w:rPr>
          <w:rFonts w:ascii="Segoe UI Symbol" w:hAnsi="Segoe UI Symbol" w:cs="Segoe UI Symbol"/>
          <w:sz w:val="24"/>
          <w:szCs w:val="24"/>
        </w:rPr>
        <w:t>☐</w:t>
      </w:r>
      <w:r w:rsidRPr="00CD1202">
        <w:rPr>
          <w:rFonts w:ascii="Tahoma" w:hAnsi="Tahoma" w:cs="Tahoma"/>
          <w:sz w:val="24"/>
          <w:szCs w:val="24"/>
        </w:rPr>
        <w:t xml:space="preserve"> nie posiadam innego źródła dochodu z tytułu działalności zarobkowej i nie jestem osobą samozatrudnioną;</w:t>
      </w:r>
    </w:p>
    <w:p w14:paraId="7A6479D8" w14:textId="77777777" w:rsidR="000E470B" w:rsidRPr="00CD1202" w:rsidRDefault="00BB121D">
      <w:pPr>
        <w:ind w:hanging="85"/>
        <w:rPr>
          <w:rFonts w:ascii="Tahoma" w:hAnsi="Tahoma" w:cs="Tahoma"/>
          <w:sz w:val="24"/>
          <w:szCs w:val="24"/>
        </w:rPr>
      </w:pPr>
      <w:r w:rsidRPr="00CD1202">
        <w:rPr>
          <w:rFonts w:ascii="Segoe UI Symbol" w:hAnsi="Segoe UI Symbol" w:cs="Segoe UI Symbol"/>
          <w:sz w:val="24"/>
          <w:szCs w:val="24"/>
        </w:rPr>
        <w:t>☐</w:t>
      </w:r>
      <w:r w:rsidRPr="00CD1202">
        <w:rPr>
          <w:rFonts w:ascii="Tahoma" w:hAnsi="Tahoma" w:cs="Tahoma"/>
          <w:sz w:val="24"/>
          <w:szCs w:val="24"/>
        </w:rPr>
        <w:t xml:space="preserve"> wykonuję inną działalność zarobkową, jednak jej wymiar wynosi mniej niż połowę pełnego wymiaru czasu pracy; wymiar / opis: ………………………………………………………………………………;</w:t>
      </w:r>
    </w:p>
    <w:p w14:paraId="7BA35DC8" w14:textId="77777777" w:rsidR="000E470B" w:rsidRPr="00CD1202" w:rsidRDefault="00BB121D">
      <w:pPr>
        <w:ind w:hanging="85"/>
        <w:rPr>
          <w:rFonts w:ascii="Tahoma" w:hAnsi="Tahoma" w:cs="Tahoma"/>
          <w:sz w:val="24"/>
          <w:szCs w:val="24"/>
        </w:rPr>
      </w:pPr>
      <w:r w:rsidRPr="00CD1202">
        <w:rPr>
          <w:rFonts w:ascii="Segoe UI Symbol" w:hAnsi="Segoe UI Symbol" w:cs="Segoe UI Symbol"/>
          <w:sz w:val="24"/>
          <w:szCs w:val="24"/>
        </w:rPr>
        <w:t>☐</w:t>
      </w:r>
      <w:r w:rsidRPr="00CD1202">
        <w:rPr>
          <w:rFonts w:ascii="Tahoma" w:hAnsi="Tahoma" w:cs="Tahoma"/>
          <w:sz w:val="24"/>
          <w:szCs w:val="24"/>
        </w:rPr>
        <w:t xml:space="preserve"> nie jestem osobą samozatrudnioną.</w:t>
      </w:r>
    </w:p>
    <w:p w14:paraId="4551CDD9" w14:textId="77777777" w:rsidR="000E470B" w:rsidRPr="00CD1202" w:rsidRDefault="00BB121D">
      <w:pPr>
        <w:rPr>
          <w:rFonts w:ascii="Tahoma" w:hAnsi="Tahoma" w:cs="Tahoma"/>
          <w:sz w:val="24"/>
          <w:szCs w:val="24"/>
        </w:rPr>
      </w:pPr>
      <w:r w:rsidRPr="00CD1202">
        <w:rPr>
          <w:rFonts w:ascii="Tahoma" w:hAnsi="Tahoma" w:cs="Tahoma"/>
          <w:sz w:val="24"/>
          <w:szCs w:val="24"/>
        </w:rPr>
        <w:t>Oświadczenie składam w celu uzupełnienia dokumentacji potwierdzającej status pracownika zagrożonego zwolnieniem, pracownika przewidzianego do zwolnienia lub osoby zwolnionej – zgodnie z warunkami Projektu.</w:t>
      </w:r>
    </w:p>
    <w:p w14:paraId="6E52D1F9" w14:textId="4C5D8B9C" w:rsidR="000E470B" w:rsidRPr="00CD1202" w:rsidRDefault="00CD1202">
      <w:pPr>
        <w:rPr>
          <w:rFonts w:ascii="Tahoma" w:hAnsi="Tahoma" w:cs="Tahoma"/>
          <w:sz w:val="24"/>
          <w:szCs w:val="24"/>
        </w:rPr>
      </w:pPr>
      <w:r w:rsidRPr="00C67D54">
        <w:rPr>
          <w:rFonts w:ascii="Tahoma" w:hAnsi="Tahoma" w:cs="Tahoma"/>
          <w:b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6D7AD5" wp14:editId="316F1B07">
                <wp:simplePos x="0" y="0"/>
                <wp:positionH relativeFrom="page">
                  <wp:posOffset>5184141</wp:posOffset>
                </wp:positionH>
                <wp:positionV relativeFrom="paragraph">
                  <wp:posOffset>219075</wp:posOffset>
                </wp:positionV>
                <wp:extent cx="2324036" cy="823478"/>
                <wp:effectExtent l="0" t="190500" r="19685" b="262890"/>
                <wp:wrapNone/>
                <wp:docPr id="727317330" name="Strzałka: w le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3963">
                          <a:off x="0" y="0"/>
                          <a:ext cx="2324036" cy="82347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33ECB3" w14:textId="77777777" w:rsidR="00CD1202" w:rsidRPr="00B15EA3" w:rsidRDefault="00CD1202" w:rsidP="00CD120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DATA, </w:t>
                            </w:r>
                            <w:r w:rsidRPr="00B15EA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D7AD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1" o:spid="_x0000_s1026" type="#_x0000_t66" style="position:absolute;margin-left:408.2pt;margin-top:17.25pt;width:183pt;height:64.85pt;rotation:-1306391fd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" adj="3827" fillcolor="#4f81bd [3204]" strokecolor="#0a121c [484]" strokeweight="2pt">
                <v:textbox>
                  <w:txbxContent>
                    <w:p w14:paraId="3733ECB3" w14:textId="77777777" w:rsidR="00CD1202" w:rsidRPr="00B15EA3" w:rsidRDefault="00CD1202" w:rsidP="00CD120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DATA, </w:t>
                      </w:r>
                      <w:r w:rsidRPr="00B15EA3">
                        <w:rPr>
                          <w:b/>
                          <w:bCs/>
                          <w:sz w:val="36"/>
                          <w:szCs w:val="36"/>
                        </w:rPr>
                        <w:t>PODPIS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121D" w:rsidRPr="00CD1202">
        <w:rPr>
          <w:rFonts w:ascii="Tahoma" w:hAnsi="Tahoma" w:cs="Tahoma"/>
          <w:b/>
          <w:sz w:val="24"/>
          <w:szCs w:val="24"/>
        </w:rPr>
        <w:t>Oświadczam, że podane informacje są prawdziwe i aktualne.</w:t>
      </w:r>
    </w:p>
    <w:p w14:paraId="7A4E3CFB" w14:textId="1D793666" w:rsidR="000E470B" w:rsidRPr="00CD1202" w:rsidRDefault="000E470B" w:rsidP="00CD1202">
      <w:pPr>
        <w:rPr>
          <w:rFonts w:ascii="Tahoma" w:hAnsi="Tahoma" w:cs="Tahoma"/>
          <w:sz w:val="24"/>
          <w:szCs w:val="24"/>
        </w:rPr>
      </w:pPr>
    </w:p>
    <w:p w14:paraId="26866F62" w14:textId="2023C576" w:rsidR="000E470B" w:rsidRPr="00CD1202" w:rsidRDefault="00BB121D" w:rsidP="00CD1202">
      <w:pPr>
        <w:rPr>
          <w:rFonts w:ascii="Tahoma" w:hAnsi="Tahoma" w:cs="Tahoma"/>
          <w:sz w:val="24"/>
          <w:szCs w:val="24"/>
        </w:rPr>
      </w:pPr>
      <w:r w:rsidRPr="00CD1202">
        <w:rPr>
          <w:rFonts w:ascii="Tahoma" w:hAnsi="Tahoma" w:cs="Tahoma"/>
          <w:sz w:val="24"/>
          <w:szCs w:val="24"/>
        </w:rPr>
        <w:t>________________________________</w:t>
      </w:r>
    </w:p>
    <w:p w14:paraId="0E6BC25E" w14:textId="4C473745" w:rsidR="000E470B" w:rsidRPr="00CD1202" w:rsidRDefault="00BB121D" w:rsidP="00CD1202">
      <w:pPr>
        <w:rPr>
          <w:rFonts w:ascii="Tahoma" w:hAnsi="Tahoma" w:cs="Tahoma"/>
          <w:sz w:val="24"/>
          <w:szCs w:val="24"/>
        </w:rPr>
      </w:pPr>
      <w:r w:rsidRPr="00CD1202">
        <w:rPr>
          <w:rFonts w:ascii="Tahoma" w:hAnsi="Tahoma" w:cs="Tahoma"/>
          <w:sz w:val="24"/>
          <w:szCs w:val="24"/>
        </w:rPr>
        <w:t>MIEJSCOWOŚĆ I DATA</w:t>
      </w:r>
    </w:p>
    <w:p w14:paraId="570C59BA" w14:textId="6BFFB8B3" w:rsidR="000E470B" w:rsidRPr="00CD1202" w:rsidRDefault="000E470B" w:rsidP="00CD1202">
      <w:pPr>
        <w:rPr>
          <w:rFonts w:ascii="Tahoma" w:hAnsi="Tahoma" w:cs="Tahoma"/>
          <w:sz w:val="24"/>
          <w:szCs w:val="24"/>
        </w:rPr>
      </w:pPr>
    </w:p>
    <w:p w14:paraId="0FDB1CA6" w14:textId="5F978146" w:rsidR="000E470B" w:rsidRPr="00CD1202" w:rsidRDefault="00BB121D" w:rsidP="00CD1202">
      <w:pPr>
        <w:rPr>
          <w:rFonts w:ascii="Tahoma" w:hAnsi="Tahoma" w:cs="Tahoma"/>
          <w:sz w:val="24"/>
          <w:szCs w:val="24"/>
        </w:rPr>
      </w:pPr>
      <w:r w:rsidRPr="00CD1202">
        <w:rPr>
          <w:rFonts w:ascii="Tahoma" w:hAnsi="Tahoma" w:cs="Tahoma"/>
          <w:sz w:val="24"/>
          <w:szCs w:val="24"/>
        </w:rPr>
        <w:t>___________________________</w:t>
      </w:r>
      <w:r w:rsidR="00CD1202" w:rsidRPr="00CD120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D1202" w:rsidRPr="00CD1202">
        <w:rPr>
          <w:rFonts w:ascii="Tahoma" w:hAnsi="Tahoma" w:cs="Tahom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DF384" wp14:editId="34F9C0EA">
                <wp:simplePos x="0" y="0"/>
                <wp:positionH relativeFrom="page">
                  <wp:posOffset>5217160</wp:posOffset>
                </wp:positionH>
                <wp:positionV relativeFrom="paragraph">
                  <wp:posOffset>2052955</wp:posOffset>
                </wp:positionV>
                <wp:extent cx="2324100" cy="823595"/>
                <wp:effectExtent l="0" t="209550" r="19050" b="262255"/>
                <wp:wrapNone/>
                <wp:docPr id="2099251075" name="Strzałka: w lew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3963">
                          <a:off x="0" y="0"/>
                          <a:ext cx="2323465" cy="82296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40590" w14:textId="77777777" w:rsidR="00CD1202" w:rsidRDefault="00CD1202" w:rsidP="00CD120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DATA, PODPIS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DF384" id="Strzałka: w lewo 2" o:spid="_x0000_s1027" type="#_x0000_t66" style="position:absolute;margin-left:410.8pt;margin-top:161.65pt;width:183pt;height:64.85pt;rotation:-1306391fd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" adj="3825" fillcolor="#4f81bd [3204]" strokecolor="#0a121c [484]" strokeweight="2pt">
                <v:textbox>
                  <w:txbxContent>
                    <w:p w14:paraId="78440590" w14:textId="77777777" w:rsidR="00CD1202" w:rsidRDefault="00CD1202" w:rsidP="00CD120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DATA, PODPIS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D1202">
        <w:rPr>
          <w:rFonts w:ascii="Tahoma" w:hAnsi="Tahoma" w:cs="Tahoma"/>
          <w:sz w:val="24"/>
          <w:szCs w:val="24"/>
        </w:rPr>
        <w:t xml:space="preserve"> </w:t>
      </w:r>
      <w:r w:rsidRPr="00CD1202">
        <w:rPr>
          <w:rFonts w:ascii="Tahoma" w:hAnsi="Tahoma" w:cs="Tahoma"/>
          <w:sz w:val="24"/>
          <w:szCs w:val="24"/>
        </w:rPr>
        <w:t>_____</w:t>
      </w:r>
    </w:p>
    <w:p w14:paraId="63E6CB3E" w14:textId="77777777" w:rsidR="000E470B" w:rsidRPr="00CD1202" w:rsidRDefault="00BB121D" w:rsidP="00CD1202">
      <w:pPr>
        <w:rPr>
          <w:rFonts w:ascii="Tahoma" w:hAnsi="Tahoma" w:cs="Tahoma"/>
          <w:sz w:val="24"/>
          <w:szCs w:val="24"/>
        </w:rPr>
      </w:pPr>
      <w:r w:rsidRPr="00CD1202">
        <w:rPr>
          <w:rFonts w:ascii="Tahoma" w:hAnsi="Tahoma" w:cs="Tahoma"/>
          <w:sz w:val="24"/>
          <w:szCs w:val="24"/>
        </w:rPr>
        <w:t>CZYTELNY PODPIS UCZESTNIKA PROJEKTU</w:t>
      </w:r>
    </w:p>
    <w:sectPr w:rsidR="000E470B" w:rsidRPr="00CD1202" w:rsidSect="00034616">
      <w:headerReference w:type="default" r:id="rId8"/>
      <w:footerReference w:type="default" r:id="rId9"/>
      <w:pgSz w:w="12240" w:h="15840"/>
      <w:pgMar w:top="964" w:right="964" w:bottom="964" w:left="964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F3D67" w14:textId="77777777" w:rsidR="00BB121D" w:rsidRDefault="00BB121D">
      <w:pPr>
        <w:spacing w:after="0" w:line="240" w:lineRule="auto"/>
      </w:pPr>
      <w:r>
        <w:separator/>
      </w:r>
    </w:p>
  </w:endnote>
  <w:endnote w:type="continuationSeparator" w:id="0">
    <w:p w14:paraId="5F9578BC" w14:textId="77777777" w:rsidR="00BB121D" w:rsidRDefault="00BB1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BAF94" w14:textId="77777777" w:rsidR="000E470B" w:rsidRDefault="00BB121D">
    <w:pPr>
      <w:pStyle w:val="Stopka"/>
    </w:pPr>
    <w:r>
      <w:rPr>
        <w:b/>
        <w:sz w:val="16"/>
      </w:rPr>
      <w:t>PROJEKT: WSPARCIE NA (RE)STARCIE  |  FEMP.06.06-IP.02-0050/25</w:t>
    </w:r>
  </w:p>
  <w:p w14:paraId="60BB722E" w14:textId="77777777" w:rsidR="000E470B" w:rsidRDefault="00BB121D">
    <w:pPr>
      <w:jc w:val="right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CD1202">
      <w:rPr>
        <w:sz w:val="16"/>
      </w:rPr>
      <w:fldChar w:fldCharType="separate"/>
    </w:r>
    <w:r w:rsidR="00CD1202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61587" w14:textId="77777777" w:rsidR="00BB121D" w:rsidRDefault="00BB121D">
      <w:pPr>
        <w:spacing w:after="0" w:line="240" w:lineRule="auto"/>
      </w:pPr>
      <w:r>
        <w:separator/>
      </w:r>
    </w:p>
  </w:footnote>
  <w:footnote w:type="continuationSeparator" w:id="0">
    <w:p w14:paraId="5E9556CB" w14:textId="77777777" w:rsidR="00BB121D" w:rsidRDefault="00BB1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967B4" w14:textId="77777777" w:rsidR="000E470B" w:rsidRDefault="00BB121D">
    <w:pPr>
      <w:pStyle w:val="Nagwek"/>
      <w:pBdr>
        <w:bottom w:val="single" w:sz="8" w:space="4" w:color="4A708B"/>
      </w:pBdr>
      <w:jc w:val="center"/>
    </w:pPr>
    <w:r>
      <w:rPr>
        <w:noProof/>
      </w:rPr>
      <w:drawing>
        <wp:inline distT="0" distB="0" distL="0" distR="0" wp14:anchorId="490FC32C" wp14:editId="7CBF399C">
          <wp:extent cx="5976000" cy="512229"/>
          <wp:effectExtent l="0" t="0" r="0" b="0"/>
          <wp:docPr id="1" name="Logotypy programu" descr="Logotypy Fundusze Europejskie dla Małopolski, Rzeczpospolita Polska, Unia Europejska i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512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0098381">
    <w:abstractNumId w:val="8"/>
  </w:num>
  <w:num w:numId="2" w16cid:durableId="1952318791">
    <w:abstractNumId w:val="6"/>
  </w:num>
  <w:num w:numId="3" w16cid:durableId="223687354">
    <w:abstractNumId w:val="5"/>
  </w:num>
  <w:num w:numId="4" w16cid:durableId="476649197">
    <w:abstractNumId w:val="4"/>
  </w:num>
  <w:num w:numId="5" w16cid:durableId="458304674">
    <w:abstractNumId w:val="7"/>
  </w:num>
  <w:num w:numId="6" w16cid:durableId="841050935">
    <w:abstractNumId w:val="3"/>
  </w:num>
  <w:num w:numId="7" w16cid:durableId="308638031">
    <w:abstractNumId w:val="2"/>
  </w:num>
  <w:num w:numId="8" w16cid:durableId="1151874615">
    <w:abstractNumId w:val="1"/>
  </w:num>
  <w:num w:numId="9" w16cid:durableId="45109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70B"/>
    <w:rsid w:val="0015074B"/>
    <w:rsid w:val="0029639D"/>
    <w:rsid w:val="00326F90"/>
    <w:rsid w:val="00495560"/>
    <w:rsid w:val="00AA1D8D"/>
    <w:rsid w:val="00B47730"/>
    <w:rsid w:val="00BB121D"/>
    <w:rsid w:val="00C54802"/>
    <w:rsid w:val="00CB0664"/>
    <w:rsid w:val="00CD12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749F1"/>
  <w14:defaultImageDpi w14:val="300"/>
  <w15:docId w15:val="{32AD730B-96E7-4162-8475-705F93A5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– dodatkowa działalność zarobkowa i samozatrudnienie</dc:title>
  <dc:subject>WSPARCIE NA (RE)STARCIE – FEMP.06.06-IP.02-0050/25</dc:subject>
  <dc:creator>JMM Sp. z o.o.</dc:creator>
  <cp:keywords>FEMP.06.06-IP.02-0050/25; EFS+; FEM 2021-2027; JMM</cp:keywords>
  <dc:description>generated by python-docx</dc:description>
  <cp:lastModifiedBy>Marta Lewandowska</cp:lastModifiedBy>
  <cp:revision>3</cp:revision>
  <dcterms:created xsi:type="dcterms:W3CDTF">2013-12-23T23:15:00Z</dcterms:created>
  <dcterms:modified xsi:type="dcterms:W3CDTF">2026-09-13T12:26:00Z</dcterms:modified>
  <cp:category/>
</cp:coreProperties>
</file>