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43E79" w14:textId="77777777" w:rsidR="009B26D6" w:rsidRPr="00507944" w:rsidRDefault="003F6BE8">
      <w:pPr>
        <w:pStyle w:val="Tytu"/>
        <w:jc w:val="center"/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sz w:val="24"/>
          <w:szCs w:val="24"/>
        </w:rPr>
        <w:t>OŚWIADCZENIE OSOBY ODCHODZĄCEJ Z ROLNICTWA</w:t>
      </w:r>
    </w:p>
    <w:tbl>
      <w:tblPr>
        <w:tblW w:w="9781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4625"/>
      </w:tblGrid>
      <w:tr w:rsidR="009B26D6" w:rsidRPr="00507944" w14:paraId="1BF2FB1F" w14:textId="77777777" w:rsidTr="00507944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CDA1DD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4625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C78981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Wartość</w:t>
            </w:r>
          </w:p>
        </w:tc>
      </w:tr>
      <w:tr w:rsidR="009B26D6" w:rsidRPr="00507944" w14:paraId="442FA231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8A542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08BC61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9B26D6" w:rsidRPr="00507944" w14:paraId="72196430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6DFA2E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3A263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9B26D6" w:rsidRPr="00507944" w14:paraId="4BA27E01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25766E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3D3EE3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9B26D6" w:rsidRPr="00507944" w14:paraId="6E3F96AC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C8C9A6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Biuro Projektu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CC49D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ul. Rynek 4, pok. 2.7, 32-300 Olkusz</w:t>
            </w:r>
          </w:p>
        </w:tc>
      </w:tr>
      <w:tr w:rsidR="009B26D6" w:rsidRPr="00507944" w14:paraId="2D876896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423F2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E-mail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63BE47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wsparcienarestarcie@jmm.net.pl</w:t>
            </w:r>
          </w:p>
        </w:tc>
      </w:tr>
      <w:tr w:rsidR="009B26D6" w:rsidRPr="00507944" w14:paraId="08924492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C3FE36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Telefon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C2E89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535 817 566, 660 713 090</w:t>
            </w:r>
          </w:p>
        </w:tc>
      </w:tr>
      <w:tr w:rsidR="009B26D6" w:rsidRPr="00507944" w14:paraId="122FF55A" w14:textId="77777777" w:rsidTr="00507944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5D3FD2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Strona WWW</w:t>
            </w:r>
          </w:p>
        </w:tc>
        <w:tc>
          <w:tcPr>
            <w:tcW w:w="46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6650A1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www.jmm.net.pl/50</w:t>
            </w:r>
          </w:p>
        </w:tc>
      </w:tr>
      <w:tr w:rsidR="009B26D6" w:rsidRPr="00507944" w14:paraId="10F35678" w14:textId="77777777" w:rsidTr="00507944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E42E66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Pole</w:t>
            </w:r>
          </w:p>
        </w:tc>
        <w:tc>
          <w:tcPr>
            <w:tcW w:w="4624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4DB71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b/>
                <w:sz w:val="24"/>
                <w:szCs w:val="24"/>
              </w:rPr>
              <w:t>Dane / zaznaczenie</w:t>
            </w:r>
          </w:p>
        </w:tc>
      </w:tr>
      <w:tr w:rsidR="009B26D6" w:rsidRPr="00507944" w14:paraId="29DA1F34" w14:textId="77777777" w:rsidTr="00507944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8F9F5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Imię i nazwisko</w:t>
            </w:r>
          </w:p>
        </w:tc>
        <w:tc>
          <w:tcPr>
            <w:tcW w:w="4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A06F8" w14:textId="77777777" w:rsidR="009B26D6" w:rsidRPr="00507944" w:rsidRDefault="009B26D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B26D6" w:rsidRPr="00507944" w14:paraId="41E99A94" w14:textId="77777777" w:rsidTr="00507944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BCFD4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PESEL / inny identyfikator</w:t>
            </w:r>
          </w:p>
        </w:tc>
        <w:tc>
          <w:tcPr>
            <w:tcW w:w="4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0CBDD" w14:textId="77777777" w:rsidR="009B26D6" w:rsidRPr="00507944" w:rsidRDefault="009B26D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B26D6" w:rsidRPr="00507944" w14:paraId="3D9B71F9" w14:textId="77777777" w:rsidTr="00507944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BE992" w14:textId="77777777" w:rsidR="009B26D6" w:rsidRPr="00507944" w:rsidRDefault="003F6BE8">
            <w:pPr>
              <w:rPr>
                <w:rFonts w:ascii="Tahoma" w:hAnsi="Tahoma" w:cs="Tahoma"/>
                <w:sz w:val="24"/>
                <w:szCs w:val="24"/>
              </w:rPr>
            </w:pPr>
            <w:r w:rsidRPr="00507944">
              <w:rPr>
                <w:rFonts w:ascii="Tahoma" w:hAnsi="Tahoma" w:cs="Tahoma"/>
                <w:sz w:val="24"/>
                <w:szCs w:val="24"/>
              </w:rPr>
              <w:t>Adres zamieszkania</w:t>
            </w:r>
          </w:p>
        </w:tc>
        <w:tc>
          <w:tcPr>
            <w:tcW w:w="4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9C5CA8" w14:textId="77777777" w:rsidR="009B26D6" w:rsidRPr="00507944" w:rsidRDefault="009B26D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F70283D" w14:textId="77777777" w:rsidR="009B26D6" w:rsidRPr="00507944" w:rsidRDefault="003F6BE8" w:rsidP="00507944">
      <w:pPr>
        <w:spacing w:before="480"/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sz w:val="24"/>
          <w:szCs w:val="24"/>
        </w:rPr>
        <w:t>Oświadczam, że podlegam ubezpieczeniu emerytalno-rentowemu na podstawie ustawy z dnia 20 grudnia 1990 r. o ubezpieczeniu społecznym rolników i zamierzam podjąć:</w:t>
      </w:r>
    </w:p>
    <w:p w14:paraId="5CC46A46" w14:textId="77777777" w:rsidR="009B26D6" w:rsidRPr="00507944" w:rsidRDefault="003F6BE8">
      <w:pPr>
        <w:ind w:hanging="85"/>
        <w:rPr>
          <w:rFonts w:ascii="Tahoma" w:hAnsi="Tahoma" w:cs="Tahoma"/>
          <w:sz w:val="24"/>
          <w:szCs w:val="24"/>
        </w:rPr>
      </w:pPr>
      <w:r w:rsidRPr="00507944">
        <w:rPr>
          <w:rFonts w:ascii="Segoe UI Symbol" w:hAnsi="Segoe UI Symbol" w:cs="Segoe UI Symbol"/>
          <w:sz w:val="24"/>
          <w:szCs w:val="24"/>
        </w:rPr>
        <w:t>☐</w:t>
      </w:r>
      <w:r w:rsidRPr="00507944">
        <w:rPr>
          <w:rFonts w:ascii="Tahoma" w:hAnsi="Tahoma" w:cs="Tahoma"/>
          <w:sz w:val="24"/>
          <w:szCs w:val="24"/>
        </w:rPr>
        <w:t xml:space="preserve"> zatrudnienie poza rolnictwem;</w:t>
      </w:r>
    </w:p>
    <w:p w14:paraId="762DEF85" w14:textId="77777777" w:rsidR="009B26D6" w:rsidRPr="00507944" w:rsidRDefault="003F6BE8">
      <w:pPr>
        <w:ind w:hanging="85"/>
        <w:rPr>
          <w:rFonts w:ascii="Tahoma" w:hAnsi="Tahoma" w:cs="Tahoma"/>
          <w:sz w:val="24"/>
          <w:szCs w:val="24"/>
        </w:rPr>
      </w:pPr>
      <w:r w:rsidRPr="00507944">
        <w:rPr>
          <w:rFonts w:ascii="Segoe UI Symbol" w:hAnsi="Segoe UI Symbol" w:cs="Segoe UI Symbol"/>
          <w:sz w:val="24"/>
          <w:szCs w:val="24"/>
        </w:rPr>
        <w:t>☐</w:t>
      </w:r>
      <w:r w:rsidRPr="00507944">
        <w:rPr>
          <w:rFonts w:ascii="Tahoma" w:hAnsi="Tahoma" w:cs="Tahoma"/>
          <w:sz w:val="24"/>
          <w:szCs w:val="24"/>
        </w:rPr>
        <w:t xml:space="preserve"> inną działalność pozarolniczą objętą obowiązkiem ubezpieczenia społecznego na podstawie ustawy z dnia 13 października 1998 r. o systemie ubezpieczeń społecznych.</w:t>
      </w:r>
    </w:p>
    <w:p w14:paraId="5B4AB754" w14:textId="2C742FE6" w:rsidR="009B26D6" w:rsidRPr="00507944" w:rsidRDefault="00507944">
      <w:pPr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D8F4AD" wp14:editId="1FC28242">
                <wp:simplePos x="0" y="0"/>
                <wp:positionH relativeFrom="page">
                  <wp:posOffset>5107940</wp:posOffset>
                </wp:positionH>
                <wp:positionV relativeFrom="paragraph">
                  <wp:posOffset>268604</wp:posOffset>
                </wp:positionV>
                <wp:extent cx="2324100" cy="823595"/>
                <wp:effectExtent l="0" t="209550" r="19050" b="262255"/>
                <wp:wrapNone/>
                <wp:docPr id="727317330" name="Strzałka: w le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4100" cy="82359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F4F57" w14:textId="77777777" w:rsidR="00507944" w:rsidRDefault="00507944" w:rsidP="0050794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DATA, PODPIS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8F4A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" o:spid="_x0000_s1026" type="#_x0000_t66" style="position:absolute;margin-left:402.2pt;margin-top:21.15pt;width:183pt;height:64.85pt;rotation:-1306391fd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" adj="3827" fillcolor="#4f81bd [3204]" strokecolor="#0a121c [484]" strokeweight="2pt">
                <v:textbox>
                  <w:txbxContent>
                    <w:p w14:paraId="3D2F4F57" w14:textId="77777777" w:rsidR="00507944" w:rsidRDefault="00507944" w:rsidP="0050794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DATA, 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6BE8" w:rsidRPr="00507944">
        <w:rPr>
          <w:rFonts w:ascii="Tahoma" w:hAnsi="Tahoma" w:cs="Tahoma"/>
          <w:sz w:val="24"/>
          <w:szCs w:val="24"/>
        </w:rPr>
        <w:t>Do oświadczenia przedkładam aktualne zaświadczenie KRUS o podleganiu ubezpieczeniu emerytalno-rentowemu.</w:t>
      </w:r>
    </w:p>
    <w:p w14:paraId="5C67EEA6" w14:textId="2C774B62" w:rsidR="009B26D6" w:rsidRPr="00507944" w:rsidRDefault="009B26D6">
      <w:pPr>
        <w:rPr>
          <w:rFonts w:ascii="Tahoma" w:hAnsi="Tahoma" w:cs="Tahoma"/>
          <w:sz w:val="24"/>
          <w:szCs w:val="24"/>
        </w:rPr>
      </w:pPr>
    </w:p>
    <w:p w14:paraId="1A3B4E0B" w14:textId="0318F65B" w:rsidR="009B26D6" w:rsidRPr="00507944" w:rsidRDefault="003F6BE8" w:rsidP="00507944">
      <w:pPr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sz w:val="24"/>
          <w:szCs w:val="24"/>
        </w:rPr>
        <w:t>________________________________</w:t>
      </w:r>
    </w:p>
    <w:p w14:paraId="702DB982" w14:textId="497829D4" w:rsidR="009B26D6" w:rsidRPr="00507944" w:rsidRDefault="003F6BE8" w:rsidP="00507944">
      <w:pPr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sz w:val="24"/>
          <w:szCs w:val="24"/>
        </w:rPr>
        <w:t>MIEJSCOWOŚĆ I DATA</w:t>
      </w:r>
    </w:p>
    <w:p w14:paraId="2532B54D" w14:textId="0EA35EB0" w:rsidR="009B26D6" w:rsidRPr="00507944" w:rsidRDefault="009B26D6" w:rsidP="00507944">
      <w:pPr>
        <w:rPr>
          <w:rFonts w:ascii="Tahoma" w:hAnsi="Tahoma" w:cs="Tahoma"/>
          <w:sz w:val="24"/>
          <w:szCs w:val="24"/>
        </w:rPr>
      </w:pPr>
    </w:p>
    <w:p w14:paraId="2562153B" w14:textId="77777777" w:rsidR="009B26D6" w:rsidRPr="00507944" w:rsidRDefault="003F6BE8" w:rsidP="00507944">
      <w:pPr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sz w:val="24"/>
          <w:szCs w:val="24"/>
        </w:rPr>
        <w:t>________________________________</w:t>
      </w:r>
    </w:p>
    <w:p w14:paraId="3ED52C22" w14:textId="77777777" w:rsidR="009B26D6" w:rsidRPr="00507944" w:rsidRDefault="003F6BE8" w:rsidP="00507944">
      <w:pPr>
        <w:rPr>
          <w:rFonts w:ascii="Tahoma" w:hAnsi="Tahoma" w:cs="Tahoma"/>
          <w:sz w:val="24"/>
          <w:szCs w:val="24"/>
        </w:rPr>
      </w:pPr>
      <w:r w:rsidRPr="00507944">
        <w:rPr>
          <w:rFonts w:ascii="Tahoma" w:hAnsi="Tahoma" w:cs="Tahoma"/>
          <w:sz w:val="24"/>
          <w:szCs w:val="24"/>
        </w:rPr>
        <w:t>CZYTELNY PODPIS UCZESTNIKA PROJEKTU</w:t>
      </w:r>
    </w:p>
    <w:sectPr w:rsidR="009B26D6" w:rsidRPr="00507944" w:rsidSect="00034616">
      <w:headerReference w:type="default" r:id="rId8"/>
      <w:footerReference w:type="default" r:id="rId9"/>
      <w:pgSz w:w="12240" w:h="15840"/>
      <w:pgMar w:top="964" w:right="964" w:bottom="964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F9BD" w14:textId="77777777" w:rsidR="003F6BE8" w:rsidRDefault="003F6BE8">
      <w:pPr>
        <w:spacing w:after="0" w:line="240" w:lineRule="auto"/>
      </w:pPr>
      <w:r>
        <w:separator/>
      </w:r>
    </w:p>
  </w:endnote>
  <w:endnote w:type="continuationSeparator" w:id="0">
    <w:p w14:paraId="7825D482" w14:textId="77777777" w:rsidR="003F6BE8" w:rsidRDefault="003F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7B04" w14:textId="77777777" w:rsidR="009B26D6" w:rsidRDefault="003F6BE8">
    <w:pPr>
      <w:pStyle w:val="Stopka"/>
    </w:pPr>
    <w:r>
      <w:rPr>
        <w:b/>
        <w:sz w:val="16"/>
      </w:rPr>
      <w:t>PROJEKT: WSPARCIE NA (RE)STARCIE  |  FEMP.06.06-IP.02-0050/25</w:t>
    </w:r>
  </w:p>
  <w:p w14:paraId="7FAB1C72" w14:textId="77777777" w:rsidR="009B26D6" w:rsidRDefault="003F6BE8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507944">
      <w:rPr>
        <w:sz w:val="16"/>
      </w:rPr>
      <w:fldChar w:fldCharType="separate"/>
    </w:r>
    <w:r w:rsidR="00507944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F1ABE" w14:textId="77777777" w:rsidR="003F6BE8" w:rsidRDefault="003F6BE8">
      <w:pPr>
        <w:spacing w:after="0" w:line="240" w:lineRule="auto"/>
      </w:pPr>
      <w:r>
        <w:separator/>
      </w:r>
    </w:p>
  </w:footnote>
  <w:footnote w:type="continuationSeparator" w:id="0">
    <w:p w14:paraId="5C41F212" w14:textId="77777777" w:rsidR="003F6BE8" w:rsidRDefault="003F6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CD2E" w14:textId="77777777" w:rsidR="009B26D6" w:rsidRDefault="003F6BE8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4DE00F40" wp14:editId="27B5DC26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6562">
    <w:abstractNumId w:val="8"/>
  </w:num>
  <w:num w:numId="2" w16cid:durableId="1545092490">
    <w:abstractNumId w:val="6"/>
  </w:num>
  <w:num w:numId="3" w16cid:durableId="376861551">
    <w:abstractNumId w:val="5"/>
  </w:num>
  <w:num w:numId="4" w16cid:durableId="1582907915">
    <w:abstractNumId w:val="4"/>
  </w:num>
  <w:num w:numId="5" w16cid:durableId="378823186">
    <w:abstractNumId w:val="7"/>
  </w:num>
  <w:num w:numId="6" w16cid:durableId="2086561024">
    <w:abstractNumId w:val="3"/>
  </w:num>
  <w:num w:numId="7" w16cid:durableId="435633254">
    <w:abstractNumId w:val="2"/>
  </w:num>
  <w:num w:numId="8" w16cid:durableId="688529554">
    <w:abstractNumId w:val="1"/>
  </w:num>
  <w:num w:numId="9" w16cid:durableId="615136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BE8"/>
    <w:rsid w:val="00495560"/>
    <w:rsid w:val="00507944"/>
    <w:rsid w:val="009B26D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F995D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odchodzącej z rolnictwa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2</cp:revision>
  <dcterms:created xsi:type="dcterms:W3CDTF">2013-12-23T23:15:00Z</dcterms:created>
  <dcterms:modified xsi:type="dcterms:W3CDTF">2026-09-13T12:29:00Z</dcterms:modified>
  <cp:category/>
</cp:coreProperties>
</file>