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560F" w14:textId="77777777" w:rsidR="00281735" w:rsidRDefault="00281735">
      <w:pPr>
        <w:pStyle w:val="Tytu"/>
        <w:jc w:val="center"/>
        <w:rPr>
          <w:rFonts w:ascii="Tahoma" w:hAnsi="Tahoma" w:cs="Tahoma"/>
          <w:sz w:val="24"/>
          <w:szCs w:val="24"/>
        </w:rPr>
      </w:pPr>
    </w:p>
    <w:p w14:paraId="7D716B1C" w14:textId="65519656" w:rsidR="00871E66" w:rsidRPr="00281735" w:rsidRDefault="009712D2">
      <w:pPr>
        <w:pStyle w:val="Tytu"/>
        <w:jc w:val="center"/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OŚWIADCZENIE O MIEJSCU ZAMIESZKANIA</w:t>
      </w:r>
    </w:p>
    <w:p w14:paraId="03270CE2" w14:textId="77777777" w:rsidR="00871E66" w:rsidRPr="00281735" w:rsidRDefault="009712D2">
      <w:pPr>
        <w:jc w:val="center"/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b/>
          <w:sz w:val="24"/>
          <w:szCs w:val="24"/>
        </w:rPr>
        <w:t>stosowane wyłącznie, gdy uzyskanie zaświadczenia zawierającego adres zamieszkania nie jest możliwe</w:t>
      </w:r>
    </w:p>
    <w:tbl>
      <w:tblPr>
        <w:tblW w:w="992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238"/>
      </w:tblGrid>
      <w:tr w:rsidR="00871E66" w:rsidRPr="00281735" w14:paraId="66074731" w14:textId="77777777" w:rsidTr="00281735">
        <w:trPr>
          <w:tblHeader/>
          <w:jc w:val="center"/>
        </w:trPr>
        <w:tc>
          <w:tcPr>
            <w:tcW w:w="368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5E963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6238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771FAF" w14:textId="5F010EC1" w:rsidR="00871E66" w:rsidRPr="00281735" w:rsidRDefault="00281735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Dane:</w:t>
            </w:r>
          </w:p>
        </w:tc>
      </w:tr>
      <w:tr w:rsidR="00871E66" w:rsidRPr="00281735" w14:paraId="610CF5C8" w14:textId="77777777" w:rsidTr="00281735">
        <w:trPr>
          <w:cantSplit/>
          <w:jc w:val="center"/>
        </w:trPr>
        <w:tc>
          <w:tcPr>
            <w:tcW w:w="368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31075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B3F01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871E66" w:rsidRPr="00281735" w14:paraId="32B7FDE7" w14:textId="77777777" w:rsidTr="00281735">
        <w:trPr>
          <w:cantSplit/>
          <w:jc w:val="center"/>
        </w:trPr>
        <w:tc>
          <w:tcPr>
            <w:tcW w:w="368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DF37D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2E996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871E66" w:rsidRPr="00281735" w14:paraId="54CD9EA1" w14:textId="77777777" w:rsidTr="00281735">
        <w:trPr>
          <w:cantSplit/>
          <w:jc w:val="center"/>
        </w:trPr>
        <w:tc>
          <w:tcPr>
            <w:tcW w:w="3686" w:type="dxa"/>
            <w:shd w:val="clear" w:color="auto" w:fill="E9EF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945BA9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8D4CF1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871E66" w:rsidRPr="00281735" w14:paraId="6ACE0806" w14:textId="77777777" w:rsidTr="00281735">
        <w:trPr>
          <w:cantSplit/>
          <w:jc w:val="center"/>
        </w:trPr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7A3B7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Imię i nazwisko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068B7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71E66" w:rsidRPr="00281735" w14:paraId="77F501FC" w14:textId="77777777" w:rsidTr="00281735">
        <w:trPr>
          <w:cantSplit/>
          <w:jc w:val="center"/>
        </w:trPr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16BC52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PESEL / inny identyfikator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39697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71E66" w:rsidRPr="00281735" w14:paraId="6A3749FB" w14:textId="77777777" w:rsidTr="00281735">
        <w:trPr>
          <w:cantSplit/>
          <w:jc w:val="center"/>
        </w:trPr>
        <w:tc>
          <w:tcPr>
            <w:tcW w:w="36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5A0661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Adres zamieszkania w województwie małopolskim</w:t>
            </w:r>
          </w:p>
        </w:tc>
        <w:tc>
          <w:tcPr>
            <w:tcW w:w="62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36505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61E01DD" w14:textId="4C53CC49" w:rsidR="00871E66" w:rsidRPr="00281735" w:rsidRDefault="009712D2" w:rsidP="00BD399D">
      <w:pPr>
        <w:spacing w:before="720"/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Oświadczam, że zamieszkuję pod wskazanym wyżej adresem na terenie województwa małopolskiego. Jednocześnie oświadczam, że uzyskanie dokumentu/zaświadczenia od pracodawcy, ZUS, KRUS lub PUP zawierającego mój adres zamieszkania nie jest możliwe</w:t>
      </w:r>
      <w:r w:rsidRPr="00281735">
        <w:rPr>
          <w:rFonts w:ascii="Tahoma" w:hAnsi="Tahoma" w:cs="Tahoma"/>
          <w:sz w:val="24"/>
          <w:szCs w:val="24"/>
        </w:rPr>
        <w:t>:</w:t>
      </w:r>
    </w:p>
    <w:p w14:paraId="43DA4788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________________________________</w:t>
      </w:r>
    </w:p>
    <w:p w14:paraId="27F71861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MIEJSCOWOŚĆ I DATA</w:t>
      </w:r>
    </w:p>
    <w:p w14:paraId="4D6F1143" w14:textId="77777777" w:rsidR="00871E66" w:rsidRPr="00281735" w:rsidRDefault="00871E66" w:rsidP="00281735">
      <w:pPr>
        <w:rPr>
          <w:rFonts w:ascii="Tahoma" w:hAnsi="Tahoma" w:cs="Tahoma"/>
          <w:sz w:val="24"/>
          <w:szCs w:val="24"/>
        </w:rPr>
      </w:pPr>
    </w:p>
    <w:p w14:paraId="38F610E1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________________________________</w:t>
      </w:r>
    </w:p>
    <w:p w14:paraId="52F263E6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CZYTELNY PODPIS UCZESTNIKA PROJEKTU</w:t>
      </w:r>
    </w:p>
    <w:p w14:paraId="37EF586E" w14:textId="77777777" w:rsidR="00871E66" w:rsidRPr="00281735" w:rsidRDefault="009712D2">
      <w:pPr>
        <w:pStyle w:val="Nagwek2"/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Potwierdzenie Beneficjenta – wypełnia personel Projektu</w:t>
      </w:r>
    </w:p>
    <w:p w14:paraId="742040AF" w14:textId="77777777" w:rsidR="00871E66" w:rsidRPr="00281735" w:rsidRDefault="009712D2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Potwierdzam weryfikację powyższego oświadczenia poprzez wgląd do dokumentu zawierającego adres zamieszkania Uczestnika/Uczestniczki:</w:t>
      </w:r>
    </w:p>
    <w:p w14:paraId="145E79C8" w14:textId="77777777" w:rsidR="00871E66" w:rsidRPr="00281735" w:rsidRDefault="009712D2">
      <w:pPr>
        <w:ind w:hanging="85"/>
        <w:rPr>
          <w:rFonts w:ascii="Tahoma" w:hAnsi="Tahoma" w:cs="Tahoma"/>
          <w:sz w:val="24"/>
          <w:szCs w:val="24"/>
        </w:rPr>
      </w:pPr>
      <w:r w:rsidRPr="00281735">
        <w:rPr>
          <w:rFonts w:ascii="Segoe UI Symbol" w:hAnsi="Segoe UI Symbol" w:cs="Segoe UI Symbol"/>
          <w:sz w:val="24"/>
          <w:szCs w:val="24"/>
        </w:rPr>
        <w:t>☐</w:t>
      </w:r>
      <w:r w:rsidRPr="00281735">
        <w:rPr>
          <w:rFonts w:ascii="Tahoma" w:hAnsi="Tahoma" w:cs="Tahoma"/>
          <w:sz w:val="24"/>
          <w:szCs w:val="24"/>
        </w:rPr>
        <w:t xml:space="preserve"> umowa najmu</w:t>
      </w:r>
    </w:p>
    <w:p w14:paraId="0772990B" w14:textId="77777777" w:rsidR="00871E66" w:rsidRPr="00281735" w:rsidRDefault="009712D2">
      <w:pPr>
        <w:ind w:hanging="85"/>
        <w:rPr>
          <w:rFonts w:ascii="Tahoma" w:hAnsi="Tahoma" w:cs="Tahoma"/>
          <w:sz w:val="24"/>
          <w:szCs w:val="24"/>
        </w:rPr>
      </w:pPr>
      <w:r w:rsidRPr="00281735">
        <w:rPr>
          <w:rFonts w:ascii="Segoe UI Symbol" w:hAnsi="Segoe UI Symbol" w:cs="Segoe UI Symbol"/>
          <w:sz w:val="24"/>
          <w:szCs w:val="24"/>
        </w:rPr>
        <w:t>☐</w:t>
      </w:r>
      <w:r w:rsidRPr="00281735">
        <w:rPr>
          <w:rFonts w:ascii="Tahoma" w:hAnsi="Tahoma" w:cs="Tahoma"/>
          <w:sz w:val="24"/>
          <w:szCs w:val="24"/>
        </w:rPr>
        <w:t xml:space="preserve"> rozliczenie PIT</w:t>
      </w:r>
    </w:p>
    <w:p w14:paraId="5265F4FD" w14:textId="77777777" w:rsidR="00871E66" w:rsidRPr="00281735" w:rsidRDefault="009712D2">
      <w:pPr>
        <w:ind w:hanging="85"/>
        <w:rPr>
          <w:rFonts w:ascii="Tahoma" w:hAnsi="Tahoma" w:cs="Tahoma"/>
          <w:sz w:val="24"/>
          <w:szCs w:val="24"/>
        </w:rPr>
      </w:pPr>
      <w:r w:rsidRPr="00281735">
        <w:rPr>
          <w:rFonts w:ascii="Segoe UI Symbol" w:hAnsi="Segoe UI Symbol" w:cs="Segoe UI Symbol"/>
          <w:sz w:val="24"/>
          <w:szCs w:val="24"/>
        </w:rPr>
        <w:t>☐</w:t>
      </w:r>
      <w:r w:rsidRPr="00281735">
        <w:rPr>
          <w:rFonts w:ascii="Tahoma" w:hAnsi="Tahoma" w:cs="Tahoma"/>
          <w:sz w:val="24"/>
          <w:szCs w:val="24"/>
        </w:rPr>
        <w:t xml:space="preserve"> rachunek za media</w:t>
      </w:r>
    </w:p>
    <w:p w14:paraId="2C747E61" w14:textId="77777777" w:rsidR="00871E66" w:rsidRPr="00281735" w:rsidRDefault="009712D2">
      <w:pPr>
        <w:ind w:hanging="85"/>
        <w:rPr>
          <w:rFonts w:ascii="Tahoma" w:hAnsi="Tahoma" w:cs="Tahoma"/>
          <w:sz w:val="24"/>
          <w:szCs w:val="24"/>
        </w:rPr>
      </w:pPr>
      <w:r w:rsidRPr="00281735">
        <w:rPr>
          <w:rFonts w:ascii="Segoe UI Symbol" w:hAnsi="Segoe UI Symbol" w:cs="Segoe UI Symbol"/>
          <w:sz w:val="24"/>
          <w:szCs w:val="24"/>
        </w:rPr>
        <w:t>☐</w:t>
      </w:r>
      <w:r w:rsidRPr="00281735">
        <w:rPr>
          <w:rFonts w:ascii="Tahoma" w:hAnsi="Tahoma" w:cs="Tahoma"/>
          <w:sz w:val="24"/>
          <w:szCs w:val="24"/>
        </w:rPr>
        <w:t xml:space="preserve"> rachunek / dokument operatora telekomunikacyjnego</w:t>
      </w:r>
    </w:p>
    <w:p w14:paraId="0C211B5E" w14:textId="77777777" w:rsidR="00871E66" w:rsidRDefault="009712D2">
      <w:pPr>
        <w:ind w:hanging="85"/>
        <w:rPr>
          <w:rFonts w:ascii="Tahoma" w:hAnsi="Tahoma" w:cs="Tahoma"/>
          <w:sz w:val="24"/>
          <w:szCs w:val="24"/>
        </w:rPr>
      </w:pPr>
      <w:r w:rsidRPr="00281735">
        <w:rPr>
          <w:rFonts w:ascii="Segoe UI Symbol" w:hAnsi="Segoe UI Symbol" w:cs="Segoe UI Symbol"/>
          <w:sz w:val="24"/>
          <w:szCs w:val="24"/>
        </w:rPr>
        <w:t>☐</w:t>
      </w:r>
      <w:r w:rsidRPr="00281735">
        <w:rPr>
          <w:rFonts w:ascii="Tahoma" w:hAnsi="Tahoma" w:cs="Tahoma"/>
          <w:sz w:val="24"/>
          <w:szCs w:val="24"/>
        </w:rPr>
        <w:t xml:space="preserve"> inny dokument: ……………………………………………………………………………</w:t>
      </w:r>
    </w:p>
    <w:p w14:paraId="03E4DC67" w14:textId="77777777" w:rsidR="00281735" w:rsidRDefault="00281735">
      <w:pPr>
        <w:ind w:hanging="85"/>
        <w:rPr>
          <w:rFonts w:ascii="Tahoma" w:hAnsi="Tahoma" w:cs="Tahoma"/>
          <w:sz w:val="24"/>
          <w:szCs w:val="24"/>
        </w:rPr>
      </w:pPr>
    </w:p>
    <w:p w14:paraId="4D450531" w14:textId="77777777" w:rsidR="00281735" w:rsidRPr="00281735" w:rsidRDefault="00281735">
      <w:pPr>
        <w:ind w:hanging="85"/>
        <w:rPr>
          <w:rFonts w:ascii="Tahoma" w:hAnsi="Tahoma" w:cs="Tahoma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871E66" w:rsidRPr="00281735" w14:paraId="6AD95408" w14:textId="77777777">
        <w:trPr>
          <w:tblHeader/>
          <w:jc w:val="center"/>
        </w:trPr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23AD9A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5156" w:type="dxa"/>
            <w:shd w:val="clear" w:color="auto" w:fill="DDE6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C7DF97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871E66" w:rsidRPr="00281735" w14:paraId="1E9D4F15" w14:textId="77777777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79AF3E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Data weryfikacji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4AC94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71E66" w:rsidRPr="00281735" w14:paraId="32DB477D" w14:textId="77777777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EF9DA4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Imię i nazwisko osoby weryfikującej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F5B37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71E66" w:rsidRPr="00281735" w14:paraId="7FD7A61B" w14:textId="77777777">
        <w:trPr>
          <w:cantSplit/>
          <w:jc w:val="center"/>
        </w:trPr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25F94" w14:textId="77777777" w:rsidR="00871E66" w:rsidRPr="00281735" w:rsidRDefault="009712D2">
            <w:pPr>
              <w:rPr>
                <w:rFonts w:ascii="Tahoma" w:hAnsi="Tahoma" w:cs="Tahoma"/>
                <w:sz w:val="24"/>
                <w:szCs w:val="24"/>
              </w:rPr>
            </w:pPr>
            <w:r w:rsidRPr="00281735">
              <w:rPr>
                <w:rFonts w:ascii="Tahoma" w:hAnsi="Tahoma" w:cs="Tahoma"/>
                <w:sz w:val="24"/>
                <w:szCs w:val="24"/>
              </w:rPr>
              <w:t>Uwagi</w:t>
            </w:r>
          </w:p>
        </w:tc>
        <w:tc>
          <w:tcPr>
            <w:tcW w:w="51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296A15" w14:textId="77777777" w:rsidR="00871E66" w:rsidRPr="00281735" w:rsidRDefault="00871E6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F0C4B07" w14:textId="77777777" w:rsidR="00871E66" w:rsidRPr="00281735" w:rsidRDefault="00871E66">
      <w:pPr>
        <w:rPr>
          <w:rFonts w:ascii="Tahoma" w:hAnsi="Tahoma" w:cs="Tahoma"/>
          <w:sz w:val="24"/>
          <w:szCs w:val="24"/>
        </w:rPr>
      </w:pPr>
    </w:p>
    <w:p w14:paraId="65A710B3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________________________________</w:t>
      </w:r>
    </w:p>
    <w:p w14:paraId="553895F7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DATA</w:t>
      </w:r>
    </w:p>
    <w:p w14:paraId="76DE16FE" w14:textId="77777777" w:rsidR="00871E66" w:rsidRPr="00281735" w:rsidRDefault="00871E66" w:rsidP="00281735">
      <w:pPr>
        <w:rPr>
          <w:rFonts w:ascii="Tahoma" w:hAnsi="Tahoma" w:cs="Tahoma"/>
          <w:sz w:val="24"/>
          <w:szCs w:val="24"/>
        </w:rPr>
      </w:pPr>
    </w:p>
    <w:p w14:paraId="41250E8D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________________________________</w:t>
      </w:r>
    </w:p>
    <w:p w14:paraId="45AC0FDD" w14:textId="77777777" w:rsidR="00871E66" w:rsidRPr="00281735" w:rsidRDefault="009712D2" w:rsidP="00281735">
      <w:pPr>
        <w:rPr>
          <w:rFonts w:ascii="Tahoma" w:hAnsi="Tahoma" w:cs="Tahoma"/>
          <w:sz w:val="24"/>
          <w:szCs w:val="24"/>
        </w:rPr>
      </w:pPr>
      <w:r w:rsidRPr="00281735">
        <w:rPr>
          <w:rFonts w:ascii="Tahoma" w:hAnsi="Tahoma" w:cs="Tahoma"/>
          <w:sz w:val="24"/>
          <w:szCs w:val="24"/>
        </w:rPr>
        <w:t>PODPIS OSOBY WERYFIKUJĄCEJ</w:t>
      </w:r>
    </w:p>
    <w:sectPr w:rsidR="00871E66" w:rsidRPr="00281735" w:rsidSect="00034616">
      <w:headerReference w:type="default" r:id="rId8"/>
      <w:footerReference w:type="default" r:id="rId9"/>
      <w:pgSz w:w="12240" w:h="15840"/>
      <w:pgMar w:top="964" w:right="964" w:bottom="964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7CA0F" w14:textId="77777777" w:rsidR="009712D2" w:rsidRDefault="009712D2">
      <w:pPr>
        <w:spacing w:after="0" w:line="240" w:lineRule="auto"/>
      </w:pPr>
      <w:r>
        <w:separator/>
      </w:r>
    </w:p>
  </w:endnote>
  <w:endnote w:type="continuationSeparator" w:id="0">
    <w:p w14:paraId="25449482" w14:textId="77777777" w:rsidR="009712D2" w:rsidRDefault="00971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9B40" w14:textId="77777777" w:rsidR="00871E66" w:rsidRDefault="009712D2">
    <w:pPr>
      <w:pStyle w:val="Stopka"/>
    </w:pPr>
    <w:r>
      <w:rPr>
        <w:b/>
        <w:sz w:val="16"/>
      </w:rPr>
      <w:t>PROJEKT: WSPARCIE NA (RE)STARCIE  |  FEMP.06.06-IP.02-0050/25</w:t>
    </w:r>
  </w:p>
  <w:p w14:paraId="5F99D571" w14:textId="77777777" w:rsidR="00871E66" w:rsidRDefault="009712D2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281735">
      <w:rPr>
        <w:sz w:val="16"/>
      </w:rPr>
      <w:fldChar w:fldCharType="separate"/>
    </w:r>
    <w:r w:rsidR="00281735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ACEB" w14:textId="77777777" w:rsidR="009712D2" w:rsidRDefault="009712D2">
      <w:pPr>
        <w:spacing w:after="0" w:line="240" w:lineRule="auto"/>
      </w:pPr>
      <w:r>
        <w:separator/>
      </w:r>
    </w:p>
  </w:footnote>
  <w:footnote w:type="continuationSeparator" w:id="0">
    <w:p w14:paraId="4DBEA5F7" w14:textId="77777777" w:rsidR="009712D2" w:rsidRDefault="00971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6E98" w14:textId="77777777" w:rsidR="00871E66" w:rsidRDefault="009712D2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652A3DD6" wp14:editId="209326B7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391029">
    <w:abstractNumId w:val="8"/>
  </w:num>
  <w:num w:numId="2" w16cid:durableId="1779062706">
    <w:abstractNumId w:val="6"/>
  </w:num>
  <w:num w:numId="3" w16cid:durableId="1096094035">
    <w:abstractNumId w:val="5"/>
  </w:num>
  <w:num w:numId="4" w16cid:durableId="1853178210">
    <w:abstractNumId w:val="4"/>
  </w:num>
  <w:num w:numId="5" w16cid:durableId="34241020">
    <w:abstractNumId w:val="7"/>
  </w:num>
  <w:num w:numId="6" w16cid:durableId="1778058731">
    <w:abstractNumId w:val="3"/>
  </w:num>
  <w:num w:numId="7" w16cid:durableId="54738614">
    <w:abstractNumId w:val="2"/>
  </w:num>
  <w:num w:numId="8" w16cid:durableId="2109151064">
    <w:abstractNumId w:val="1"/>
  </w:num>
  <w:num w:numId="9" w16cid:durableId="94681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1735"/>
    <w:rsid w:val="0029639D"/>
    <w:rsid w:val="00326F90"/>
    <w:rsid w:val="00495560"/>
    <w:rsid w:val="00871E66"/>
    <w:rsid w:val="009712D2"/>
    <w:rsid w:val="00AA1D8D"/>
    <w:rsid w:val="00B47730"/>
    <w:rsid w:val="00BD399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BA6A3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miejscu zamieszkania i potwierdzenie weryfikacji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3</cp:revision>
  <dcterms:created xsi:type="dcterms:W3CDTF">2013-12-23T23:15:00Z</dcterms:created>
  <dcterms:modified xsi:type="dcterms:W3CDTF">2026-09-13T12:32:00Z</dcterms:modified>
  <cp:category/>
</cp:coreProperties>
</file>