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FB968" w14:textId="77777777" w:rsidR="009C17FA" w:rsidRPr="00983A33" w:rsidRDefault="00DC4170" w:rsidP="00983A33">
      <w:pPr>
        <w:pStyle w:val="Tytu"/>
        <w:spacing w:before="480"/>
        <w:jc w:val="center"/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OŚWIADCZENIE</w:t>
      </w:r>
    </w:p>
    <w:p w14:paraId="3378B721" w14:textId="77777777" w:rsidR="009C17FA" w:rsidRPr="00983A33" w:rsidRDefault="00DC4170">
      <w:pPr>
        <w:jc w:val="center"/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b/>
          <w:sz w:val="24"/>
          <w:szCs w:val="24"/>
        </w:rPr>
        <w:t>brak równoległego wsparcia o analogicznym celu lub charakterze</w:t>
      </w:r>
    </w:p>
    <w:tbl>
      <w:tblPr>
        <w:tblW w:w="10321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65"/>
      </w:tblGrid>
      <w:tr w:rsidR="009C17FA" w:rsidRPr="00983A33" w14:paraId="465FE092" w14:textId="77777777" w:rsidTr="00983A33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1639A4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5165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E1B73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b/>
                <w:sz w:val="24"/>
                <w:szCs w:val="24"/>
              </w:rPr>
              <w:t>Wartość</w:t>
            </w:r>
          </w:p>
        </w:tc>
      </w:tr>
      <w:tr w:rsidR="009C17FA" w:rsidRPr="00983A33" w14:paraId="44C937BD" w14:textId="77777777" w:rsidTr="00983A33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371A0D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51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F5CD5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9C17FA" w:rsidRPr="00983A33" w14:paraId="2CA63356" w14:textId="77777777" w:rsidTr="00983A33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6C17C3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51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D88655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9C17FA" w:rsidRPr="00983A33" w14:paraId="619BA43A" w14:textId="77777777" w:rsidTr="00983A33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0C3684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51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9462B6" w14:textId="77777777" w:rsidR="009C17FA" w:rsidRPr="00983A33" w:rsidRDefault="00DC4170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983A33" w:rsidRPr="00983A33" w14:paraId="6BFB6A95" w14:textId="77777777" w:rsidTr="00983A33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8232F" w14:textId="3CAD1C36" w:rsidR="00983A33" w:rsidRPr="00983A33" w:rsidRDefault="00983A33" w:rsidP="00983A33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sz w:val="24"/>
                <w:szCs w:val="24"/>
              </w:rPr>
              <w:t>Imię i nazwisko</w:t>
            </w:r>
          </w:p>
        </w:tc>
        <w:tc>
          <w:tcPr>
            <w:tcW w:w="51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6A7AF3" w14:textId="48609EE7" w:rsidR="00983A33" w:rsidRPr="00983A33" w:rsidRDefault="00983A33" w:rsidP="00983A3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83A33" w:rsidRPr="00983A33" w14:paraId="25E97440" w14:textId="77777777" w:rsidTr="00983A33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34B9B6" w14:textId="64FCAD51" w:rsidR="00983A33" w:rsidRPr="00983A33" w:rsidRDefault="00983A33" w:rsidP="00983A33">
            <w:pPr>
              <w:rPr>
                <w:rFonts w:ascii="Tahoma" w:hAnsi="Tahoma" w:cs="Tahoma"/>
                <w:sz w:val="24"/>
                <w:szCs w:val="24"/>
              </w:rPr>
            </w:pPr>
            <w:r w:rsidRPr="00983A33">
              <w:rPr>
                <w:rFonts w:ascii="Tahoma" w:hAnsi="Tahoma" w:cs="Tahoma"/>
                <w:sz w:val="24"/>
                <w:szCs w:val="24"/>
              </w:rPr>
              <w:t>PESEL / inny identyfikator</w:t>
            </w:r>
          </w:p>
        </w:tc>
        <w:tc>
          <w:tcPr>
            <w:tcW w:w="516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53E08" w14:textId="3DBCE64D" w:rsidR="00983A33" w:rsidRPr="00983A33" w:rsidRDefault="00983A33" w:rsidP="00983A3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E6DAF6E" w14:textId="77777777" w:rsidR="009C17FA" w:rsidRPr="00983A33" w:rsidRDefault="00DC4170" w:rsidP="00983A33">
      <w:pPr>
        <w:spacing w:before="720"/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W związku z ubieganiem się o udział w projekcie pn. „WSPARCIE NA (RE)STARCIE” nr FEMP.06.06-IP.02-0050/25 oświadczam, że nie otrzymuję jednocześnie wsparcia o analogicznym celu lub charakterze w innym projekcie współfinansowanym z Europejskiego Funduszu Społecznego Plus (EFS+) ani w projekcie Funduszu Sprawiedliwej Transformacji w ramach Działania 8.1, typ projektu A: kompleksowe programy transformacji i wsparcia na rynku pracy.</w:t>
      </w:r>
    </w:p>
    <w:p w14:paraId="30EFEC19" w14:textId="77777777" w:rsidR="009C17FA" w:rsidRPr="00983A33" w:rsidRDefault="00DC4170">
      <w:pPr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Zobowiązuję się niezwłocznie poinformować Beneficjenta o każdej zmianie w tym zakresie przed rozpoczęciem oraz w trakcie udziału w Projekcie.</w:t>
      </w:r>
    </w:p>
    <w:p w14:paraId="7F414C73" w14:textId="3F670456" w:rsidR="009C17FA" w:rsidRPr="00983A33" w:rsidRDefault="00983A33">
      <w:pPr>
        <w:rPr>
          <w:rFonts w:ascii="Tahoma" w:hAnsi="Tahoma" w:cs="Tahom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9A59C9" wp14:editId="2C392D29">
                <wp:simplePos x="0" y="0"/>
                <wp:positionH relativeFrom="page">
                  <wp:posOffset>5207635</wp:posOffset>
                </wp:positionH>
                <wp:positionV relativeFrom="paragraph">
                  <wp:posOffset>23813</wp:posOffset>
                </wp:positionV>
                <wp:extent cx="2324100" cy="823595"/>
                <wp:effectExtent l="0" t="209550" r="19050" b="262255"/>
                <wp:wrapNone/>
                <wp:docPr id="727317330" name="Strzałka: w le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4100" cy="82359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32F5D" w14:textId="77777777" w:rsidR="00983A33" w:rsidRDefault="00983A33" w:rsidP="00983A3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DATA, PODPIS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A59C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" o:spid="_x0000_s1026" type="#_x0000_t66" style="position:absolute;margin-left:410.05pt;margin-top:1.9pt;width:183pt;height:64.85pt;rotation:-1306391fd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" adj="3827" fillcolor="#4f81bd [3204]" strokecolor="#0a121c [484]" strokeweight="2pt">
                <v:textbox>
                  <w:txbxContent>
                    <w:p w14:paraId="53732F5D" w14:textId="77777777" w:rsidR="00983A33" w:rsidRDefault="00983A33" w:rsidP="00983A3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DATA, 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71EE206" w14:textId="667D463D" w:rsidR="009C17FA" w:rsidRPr="00983A33" w:rsidRDefault="00DC4170" w:rsidP="00983A33">
      <w:pPr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________________________________</w:t>
      </w:r>
    </w:p>
    <w:p w14:paraId="46D1B89A" w14:textId="502972F2" w:rsidR="009C17FA" w:rsidRPr="00983A33" w:rsidRDefault="00DC4170" w:rsidP="00983A33">
      <w:pPr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MIEJSCOWOŚĆ I DATA</w:t>
      </w:r>
    </w:p>
    <w:p w14:paraId="76A3BD2A" w14:textId="1515A95D" w:rsidR="009C17FA" w:rsidRPr="00983A33" w:rsidRDefault="009C17FA" w:rsidP="00983A33">
      <w:pPr>
        <w:rPr>
          <w:rFonts w:ascii="Tahoma" w:hAnsi="Tahoma" w:cs="Tahoma"/>
          <w:sz w:val="24"/>
          <w:szCs w:val="24"/>
        </w:rPr>
      </w:pPr>
    </w:p>
    <w:p w14:paraId="029CF091" w14:textId="74B42E74" w:rsidR="009C17FA" w:rsidRPr="00983A33" w:rsidRDefault="00DC4170" w:rsidP="00983A33">
      <w:pPr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_________________________</w:t>
      </w:r>
      <w:r w:rsidRPr="00983A33">
        <w:rPr>
          <w:rFonts w:ascii="Tahoma" w:hAnsi="Tahoma" w:cs="Tahoma"/>
          <w:sz w:val="24"/>
          <w:szCs w:val="24"/>
        </w:rPr>
        <w:t>_______</w:t>
      </w:r>
    </w:p>
    <w:p w14:paraId="59C5AB56" w14:textId="77777777" w:rsidR="009C17FA" w:rsidRPr="00983A33" w:rsidRDefault="00DC4170" w:rsidP="00983A33">
      <w:pPr>
        <w:rPr>
          <w:rFonts w:ascii="Tahoma" w:hAnsi="Tahoma" w:cs="Tahoma"/>
          <w:sz w:val="24"/>
          <w:szCs w:val="24"/>
        </w:rPr>
      </w:pPr>
      <w:r w:rsidRPr="00983A33">
        <w:rPr>
          <w:rFonts w:ascii="Tahoma" w:hAnsi="Tahoma" w:cs="Tahoma"/>
          <w:sz w:val="24"/>
          <w:szCs w:val="24"/>
        </w:rPr>
        <w:t>CZYTELNY PODPIS UCZESTNIKA PROJEKTU</w:t>
      </w:r>
    </w:p>
    <w:sectPr w:rsidR="009C17FA" w:rsidRPr="00983A33" w:rsidSect="00034616">
      <w:headerReference w:type="default" r:id="rId8"/>
      <w:footerReference w:type="default" r:id="rId9"/>
      <w:pgSz w:w="12240" w:h="15840"/>
      <w:pgMar w:top="964" w:right="964" w:bottom="964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E664D" w14:textId="77777777" w:rsidR="00DC4170" w:rsidRDefault="00DC4170">
      <w:pPr>
        <w:spacing w:after="0" w:line="240" w:lineRule="auto"/>
      </w:pPr>
      <w:r>
        <w:separator/>
      </w:r>
    </w:p>
  </w:endnote>
  <w:endnote w:type="continuationSeparator" w:id="0">
    <w:p w14:paraId="26754764" w14:textId="77777777" w:rsidR="00DC4170" w:rsidRDefault="00DC4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A5E6" w14:textId="77777777" w:rsidR="009C17FA" w:rsidRDefault="00DC4170">
    <w:pPr>
      <w:pStyle w:val="Stopka"/>
    </w:pPr>
    <w:r>
      <w:rPr>
        <w:b/>
        <w:sz w:val="16"/>
      </w:rPr>
      <w:t>PROJEKT: WSPARCIE NA (RE)STARCIE  |  FEMP.06.06-IP.02-0050/25</w:t>
    </w:r>
  </w:p>
  <w:p w14:paraId="5D895593" w14:textId="77777777" w:rsidR="009C17FA" w:rsidRDefault="00DC4170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983A33">
      <w:rPr>
        <w:sz w:val="16"/>
      </w:rPr>
      <w:fldChar w:fldCharType="separate"/>
    </w:r>
    <w:r w:rsidR="00983A33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98857" w14:textId="77777777" w:rsidR="00DC4170" w:rsidRDefault="00DC4170">
      <w:pPr>
        <w:spacing w:after="0" w:line="240" w:lineRule="auto"/>
      </w:pPr>
      <w:r>
        <w:separator/>
      </w:r>
    </w:p>
  </w:footnote>
  <w:footnote w:type="continuationSeparator" w:id="0">
    <w:p w14:paraId="3E8F0F45" w14:textId="77777777" w:rsidR="00DC4170" w:rsidRDefault="00DC4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78A9" w14:textId="77777777" w:rsidR="009C17FA" w:rsidRDefault="00DC4170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15900D86" wp14:editId="52639490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2531389">
    <w:abstractNumId w:val="8"/>
  </w:num>
  <w:num w:numId="2" w16cid:durableId="973370960">
    <w:abstractNumId w:val="6"/>
  </w:num>
  <w:num w:numId="3" w16cid:durableId="552468547">
    <w:abstractNumId w:val="5"/>
  </w:num>
  <w:num w:numId="4" w16cid:durableId="810712136">
    <w:abstractNumId w:val="4"/>
  </w:num>
  <w:num w:numId="5" w16cid:durableId="2092696338">
    <w:abstractNumId w:val="7"/>
  </w:num>
  <w:num w:numId="6" w16cid:durableId="41290107">
    <w:abstractNumId w:val="3"/>
  </w:num>
  <w:num w:numId="7" w16cid:durableId="1658341496">
    <w:abstractNumId w:val="2"/>
  </w:num>
  <w:num w:numId="8" w16cid:durableId="1287396868">
    <w:abstractNumId w:val="1"/>
  </w:num>
  <w:num w:numId="9" w16cid:durableId="19071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560"/>
    <w:rsid w:val="00983A33"/>
    <w:rsid w:val="009C17FA"/>
    <w:rsid w:val="00AA1D8D"/>
    <w:rsid w:val="00B47730"/>
    <w:rsid w:val="00CB0664"/>
    <w:rsid w:val="00DC41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1BCED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nieotrzymywaniu analogicznego wsparcia – kryterium rekrutacyjne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2</cp:revision>
  <dcterms:created xsi:type="dcterms:W3CDTF">2013-12-23T23:15:00Z</dcterms:created>
  <dcterms:modified xsi:type="dcterms:W3CDTF">2026-09-13T12:34:00Z</dcterms:modified>
  <cp:category/>
</cp:coreProperties>
</file>