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0904" w14:textId="77777777" w:rsidR="00813D94" w:rsidRDefault="009B579C">
      <w:pPr>
        <w:pStyle w:val="Tytu"/>
        <w:jc w:val="center"/>
      </w:pPr>
      <w:r>
        <w:t>OŚWIADCZENIE UCZESTNIKA PROJEKTU</w:t>
      </w:r>
    </w:p>
    <w:p w14:paraId="1561D37F" w14:textId="77777777" w:rsidR="00813D94" w:rsidRDefault="009B579C">
      <w:pPr>
        <w:jc w:val="center"/>
      </w:pPr>
      <w:r>
        <w:rPr>
          <w:b/>
          <w:sz w:val="22"/>
        </w:rPr>
        <w:t>aktualność danych w dniu rozpoczęcia pierwszej formy wsparcia</w:t>
      </w:r>
    </w:p>
    <w:tbl>
      <w:tblPr>
        <w:tblW w:w="1020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050"/>
      </w:tblGrid>
      <w:tr w:rsidR="00813D94" w:rsidRPr="00384866" w14:paraId="5CCE8CFE" w14:textId="77777777" w:rsidTr="00384866">
        <w:trPr>
          <w:tblHeader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FB6F0C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b/>
                <w:sz w:val="24"/>
                <w:szCs w:val="24"/>
              </w:rPr>
              <w:t>Informacja</w:t>
            </w:r>
          </w:p>
        </w:tc>
        <w:tc>
          <w:tcPr>
            <w:tcW w:w="505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E01D3E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b/>
                <w:sz w:val="24"/>
                <w:szCs w:val="24"/>
              </w:rPr>
              <w:t>Wartość</w:t>
            </w:r>
          </w:p>
        </w:tc>
      </w:tr>
      <w:tr w:rsidR="00813D94" w:rsidRPr="00384866" w14:paraId="4C86EEE5" w14:textId="77777777" w:rsidTr="00384866">
        <w:trPr>
          <w:cantSplit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03D253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b/>
                <w:sz w:val="24"/>
                <w:szCs w:val="24"/>
              </w:rPr>
              <w:t>Beneficjent</w:t>
            </w:r>
          </w:p>
        </w:tc>
        <w:tc>
          <w:tcPr>
            <w:tcW w:w="5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A8A320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sz w:val="24"/>
                <w:szCs w:val="24"/>
              </w:rPr>
              <w:t>JMM Sp. z o.o.</w:t>
            </w:r>
          </w:p>
        </w:tc>
      </w:tr>
      <w:tr w:rsidR="00813D94" w:rsidRPr="00384866" w14:paraId="267693E2" w14:textId="77777777" w:rsidTr="00384866">
        <w:trPr>
          <w:cantSplit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87B316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b/>
                <w:sz w:val="24"/>
                <w:szCs w:val="24"/>
              </w:rPr>
              <w:t>Projekt</w:t>
            </w:r>
          </w:p>
        </w:tc>
        <w:tc>
          <w:tcPr>
            <w:tcW w:w="5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EE4269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sz w:val="24"/>
                <w:szCs w:val="24"/>
              </w:rPr>
              <w:t>WSPARCIE NA (RE)STARCIE</w:t>
            </w:r>
          </w:p>
        </w:tc>
      </w:tr>
      <w:tr w:rsidR="00813D94" w:rsidRPr="00384866" w14:paraId="5F2F3610" w14:textId="77777777" w:rsidTr="00384866">
        <w:trPr>
          <w:cantSplit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14017F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b/>
                <w:sz w:val="24"/>
                <w:szCs w:val="24"/>
              </w:rPr>
              <w:t>Nr projektu</w:t>
            </w:r>
          </w:p>
        </w:tc>
        <w:tc>
          <w:tcPr>
            <w:tcW w:w="5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8A280C" w14:textId="77777777" w:rsidR="00813D94" w:rsidRPr="00384866" w:rsidRDefault="009B579C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sz w:val="24"/>
                <w:szCs w:val="24"/>
              </w:rPr>
              <w:t>FEMP.06.06-IP.02-0050/25</w:t>
            </w:r>
          </w:p>
        </w:tc>
      </w:tr>
      <w:tr w:rsidR="00C901FA" w:rsidRPr="00384866" w14:paraId="6086DFE3" w14:textId="77777777" w:rsidTr="00384866">
        <w:trPr>
          <w:cantSplit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39FE9F" w14:textId="46242C94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sz w:val="24"/>
                <w:szCs w:val="24"/>
              </w:rPr>
              <w:t>Imię</w:t>
            </w:r>
          </w:p>
        </w:tc>
        <w:tc>
          <w:tcPr>
            <w:tcW w:w="5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E9E870" w14:textId="76C02AE0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901FA" w:rsidRPr="00384866" w14:paraId="6CF9CB71" w14:textId="77777777" w:rsidTr="00384866">
        <w:trPr>
          <w:cantSplit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47E115" w14:textId="78DC0984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sz w:val="24"/>
                <w:szCs w:val="24"/>
              </w:rPr>
              <w:t>Nazwisko</w:t>
            </w:r>
            <w:r w:rsidR="007637D9" w:rsidRPr="00384866">
              <w:rPr>
                <w:rFonts w:ascii="Tahoma" w:hAnsi="Tahoma" w:cs="Tahoma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929F66" w14:textId="53DBC484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901FA" w:rsidRPr="00384866" w14:paraId="5E30E95E" w14:textId="77777777" w:rsidTr="00384866">
        <w:trPr>
          <w:cantSplit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FEA184" w14:textId="4767E4D9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sz w:val="24"/>
                <w:szCs w:val="24"/>
              </w:rPr>
              <w:t>PESEL / data urodzenia przy braku PESEL</w:t>
            </w:r>
          </w:p>
        </w:tc>
        <w:tc>
          <w:tcPr>
            <w:tcW w:w="5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871B58" w14:textId="21B3B857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901FA" w:rsidRPr="00384866" w14:paraId="5EA0D8A4" w14:textId="77777777" w:rsidTr="00384866">
        <w:trPr>
          <w:cantSplit/>
          <w:jc w:val="center"/>
        </w:trPr>
        <w:tc>
          <w:tcPr>
            <w:tcW w:w="51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A6040" w14:textId="134A2811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  <w:r w:rsidRPr="00384866">
              <w:rPr>
                <w:rFonts w:ascii="Tahoma" w:hAnsi="Tahoma" w:cs="Tahoma"/>
                <w:sz w:val="24"/>
                <w:szCs w:val="24"/>
              </w:rPr>
              <w:t xml:space="preserve">Data rozpoczęcia udziału </w:t>
            </w:r>
            <w:r w:rsidR="00384866"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384866">
              <w:rPr>
                <w:rFonts w:ascii="Tahoma" w:hAnsi="Tahoma" w:cs="Tahoma"/>
                <w:sz w:val="24"/>
                <w:szCs w:val="24"/>
              </w:rPr>
              <w:t xml:space="preserve">wypełnia </w:t>
            </w:r>
            <w:r w:rsidR="00384866">
              <w:rPr>
                <w:rFonts w:ascii="Tahoma" w:hAnsi="Tahoma" w:cs="Tahoma"/>
                <w:sz w:val="24"/>
                <w:szCs w:val="24"/>
              </w:rPr>
              <w:t>JMM</w:t>
            </w:r>
          </w:p>
        </w:tc>
        <w:tc>
          <w:tcPr>
            <w:tcW w:w="505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CB8458" w14:textId="77777777" w:rsidR="00C901FA" w:rsidRPr="00384866" w:rsidRDefault="00C901FA" w:rsidP="00C901FA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A083DCE" w14:textId="24BFA21C" w:rsidR="00384866" w:rsidRDefault="00384866" w:rsidP="00384866">
      <w:pPr>
        <w:spacing w:before="480" w:after="0" w:line="276" w:lineRule="auto"/>
        <w:rPr>
          <w:rFonts w:ascii="Tahoma" w:hAnsi="Tahoma" w:cs="Tahoma"/>
          <w:sz w:val="24"/>
          <w:szCs w:val="24"/>
        </w:rPr>
      </w:pPr>
      <w:r w:rsidRPr="00DF5FB7">
        <w:rPr>
          <w:rFonts w:eastAsia="Arial" w:cstheme="minorHAnsi"/>
          <w:b/>
          <w:i/>
          <w:sz w:val="24"/>
          <w:szCs w:val="24"/>
        </w:rPr>
        <w:t>Oświadczam, że powyższe dane są zgodne z okazanym dokumentem tożsamości</w:t>
      </w:r>
      <w:r w:rsidRPr="00DF5FB7">
        <w:rPr>
          <w:rFonts w:eastAsia="Arial" w:cstheme="minorHAnsi"/>
          <w:b/>
          <w:i/>
          <w:sz w:val="24"/>
          <w:szCs w:val="24"/>
        </w:rPr>
        <w:br/>
      </w:r>
      <w:r w:rsidRPr="00DF5FB7">
        <w:rPr>
          <w:rFonts w:eastAsia="Arial" w:cstheme="minorHAnsi"/>
          <w:b/>
          <w:i/>
          <w:sz w:val="24"/>
          <w:szCs w:val="24"/>
        </w:rPr>
        <w:br/>
      </w:r>
      <w:r w:rsidRPr="00DF5FB7">
        <w:rPr>
          <w:rFonts w:cstheme="minorHAnsi"/>
          <w:sz w:val="24"/>
          <w:szCs w:val="24"/>
        </w:rPr>
        <w:t>………………. r.………………………..………………</w:t>
      </w:r>
      <w:r w:rsidRPr="00DF5FB7">
        <w:rPr>
          <w:rFonts w:cstheme="minorHAnsi"/>
          <w:sz w:val="24"/>
          <w:szCs w:val="24"/>
        </w:rPr>
        <w:br/>
      </w:r>
      <w:r w:rsidRPr="00DF5FB7">
        <w:rPr>
          <w:rFonts w:cstheme="minorHAnsi"/>
          <w:i/>
          <w:sz w:val="24"/>
          <w:szCs w:val="24"/>
        </w:rPr>
        <w:t xml:space="preserve">(czytelny podpis </w:t>
      </w:r>
      <w:r w:rsidRPr="00DF5FB7">
        <w:rPr>
          <w:rFonts w:cstheme="minorHAnsi"/>
          <w:b/>
          <w:i/>
          <w:sz w:val="24"/>
          <w:szCs w:val="24"/>
          <w:u w:val="single"/>
        </w:rPr>
        <w:t>realizatora</w:t>
      </w:r>
      <w:r w:rsidRPr="00DF5FB7">
        <w:rPr>
          <w:rFonts w:cstheme="minorHAnsi"/>
          <w:b/>
          <w:i/>
          <w:sz w:val="24"/>
          <w:szCs w:val="24"/>
        </w:rPr>
        <w:t xml:space="preserve"> </w:t>
      </w:r>
      <w:r w:rsidRPr="00DF5FB7">
        <w:rPr>
          <w:rFonts w:cstheme="minorHAnsi"/>
          <w:i/>
          <w:sz w:val="24"/>
          <w:szCs w:val="24"/>
        </w:rPr>
        <w:t>projektu)</w:t>
      </w:r>
    </w:p>
    <w:p w14:paraId="408A2BED" w14:textId="234D5D7D" w:rsidR="00384866" w:rsidRPr="00384866" w:rsidRDefault="00384866" w:rsidP="00384866">
      <w:pPr>
        <w:spacing w:before="240" w:after="0" w:line="276" w:lineRule="auto"/>
        <w:rPr>
          <w:rFonts w:ascii="Tahoma" w:hAnsi="Tahoma" w:cs="Tahoma"/>
          <w:sz w:val="24"/>
          <w:szCs w:val="24"/>
        </w:rPr>
      </w:pPr>
      <w:r w:rsidRPr="00384866">
        <w:rPr>
          <w:rFonts w:ascii="Tahoma" w:hAnsi="Tahoma" w:cs="Tahoma"/>
          <w:sz w:val="24"/>
          <w:szCs w:val="24"/>
        </w:rPr>
        <w:t xml:space="preserve">Na dzień otrzymania pierwszej formy wsparcia z projektu </w:t>
      </w:r>
      <w:r w:rsidRPr="00384866">
        <w:rPr>
          <w:rFonts w:ascii="Tahoma" w:hAnsi="Tahoma" w:cs="Tahoma"/>
          <w:b/>
          <w:bCs/>
          <w:sz w:val="24"/>
          <w:szCs w:val="24"/>
        </w:rPr>
        <w:t>WSPARCIE NA (RE)STARCIE</w:t>
      </w:r>
      <w:r w:rsidRPr="00384866">
        <w:rPr>
          <w:rFonts w:ascii="Tahoma" w:hAnsi="Tahoma" w:cs="Tahoma"/>
          <w:b/>
          <w:bCs/>
          <w:sz w:val="24"/>
          <w:szCs w:val="24"/>
        </w:rPr>
        <w:t xml:space="preserve"> nr </w:t>
      </w:r>
      <w:r w:rsidRPr="00384866">
        <w:rPr>
          <w:rFonts w:ascii="Tahoma" w:hAnsi="Tahoma" w:cs="Tahoma"/>
          <w:b/>
          <w:bCs/>
          <w:sz w:val="24"/>
          <w:szCs w:val="24"/>
        </w:rPr>
        <w:t>FEMP.06.06-IP.02-0050/25</w:t>
      </w:r>
      <w:r w:rsidRPr="00384866">
        <w:rPr>
          <w:rFonts w:ascii="Tahoma" w:hAnsi="Tahoma" w:cs="Tahoma"/>
          <w:sz w:val="24"/>
          <w:szCs w:val="24"/>
        </w:rPr>
        <w:t xml:space="preserve"> potwierdzam </w:t>
      </w:r>
      <w:r w:rsidRPr="00384866">
        <w:rPr>
          <w:rFonts w:ascii="Tahoma" w:hAnsi="Tahoma" w:cs="Tahoma"/>
          <w:b/>
          <w:sz w:val="24"/>
          <w:szCs w:val="24"/>
        </w:rPr>
        <w:t>aktualność</w:t>
      </w:r>
      <w:r w:rsidRPr="00384866">
        <w:rPr>
          <w:rFonts w:ascii="Tahoma" w:hAnsi="Tahoma" w:cs="Tahoma"/>
          <w:sz w:val="24"/>
          <w:szCs w:val="24"/>
        </w:rPr>
        <w:t xml:space="preserve"> moich danych zawartych w złożonym formularzu zgłoszeniowym oraz w zaświadczeniach, oświadczeniach i innych dokumentach zgłoszeniowych złożonych do projektu.</w:t>
      </w:r>
    </w:p>
    <w:p w14:paraId="6D582E85" w14:textId="77777777" w:rsidR="00384866" w:rsidRPr="00384866" w:rsidRDefault="00384866" w:rsidP="00384866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384866">
        <w:rPr>
          <w:rFonts w:ascii="Tahoma" w:hAnsi="Tahoma" w:cs="Tahoma"/>
          <w:sz w:val="24"/>
          <w:szCs w:val="24"/>
        </w:rPr>
        <w:t xml:space="preserve">Oświadczam, że wszystkie podane przeze mnie w formularzu zgłoszeniowym i załączonych do niego oświadczeniach i dokumentach  są </w:t>
      </w:r>
      <w:r w:rsidRPr="00384866">
        <w:rPr>
          <w:rFonts w:ascii="Tahoma" w:hAnsi="Tahoma" w:cs="Tahoma"/>
          <w:b/>
          <w:sz w:val="24"/>
          <w:szCs w:val="24"/>
        </w:rPr>
        <w:t>prawdziwe i kompletne</w:t>
      </w:r>
      <w:r w:rsidRPr="00384866">
        <w:rPr>
          <w:rFonts w:ascii="Tahoma" w:hAnsi="Tahoma" w:cs="Tahoma"/>
          <w:sz w:val="24"/>
          <w:szCs w:val="24"/>
        </w:rPr>
        <w:t xml:space="preserve">. </w:t>
      </w:r>
    </w:p>
    <w:p w14:paraId="21F11FD1" w14:textId="2C0AA14E" w:rsidR="00813D94" w:rsidRPr="00384866" w:rsidRDefault="00384866" w:rsidP="00384866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384866">
        <w:rPr>
          <w:rFonts w:ascii="Tahoma" w:hAnsi="Tahoma" w:cs="Tahoma"/>
          <w:sz w:val="24"/>
          <w:szCs w:val="24"/>
        </w:rPr>
        <w:t>Przyjmuję do wiadomości, że informacje te mogą podlegać weryfikacji przez upoważnione instytucje (np. urzędy kontroli skarbowej) na podstawie krajowych rejestrów (np. rejestr ZUS, rejestr PUP) pod względem ich zgodności z prawdą.</w:t>
      </w:r>
      <w:r w:rsidRPr="00384866">
        <w:rPr>
          <w:rFonts w:ascii="Tahoma" w:hAnsi="Tahoma" w:cs="Tahoma"/>
          <w:sz w:val="24"/>
          <w:szCs w:val="24"/>
        </w:rPr>
        <w:br/>
      </w:r>
      <w:r w:rsidRPr="00384866">
        <w:rPr>
          <w:rFonts w:ascii="Tahoma" w:eastAsia="Times New Roman" w:hAnsi="Tahoma" w:cs="Tahoma"/>
          <w:bCs/>
          <w:sz w:val="24"/>
          <w:szCs w:val="24"/>
        </w:rPr>
        <w:t>Pouczony/-a o odpowiedzialności karnej za składanie fałszywych zeznań (art. 233 ustawy z dnia 6 czerwca 1997r. Kodeks karny – Dz.U. nr 88, poz. 553 z 1997r. ze zmianami) potwierdzam własnoręcznym podpisem prawdziwość zawartych powyżej danych.</w:t>
      </w:r>
      <w:r w:rsidRPr="00384866">
        <w:rPr>
          <w:rFonts w:ascii="Tahoma" w:eastAsia="Times New Roman" w:hAnsi="Tahoma" w:cs="Tahoma"/>
          <w:bCs/>
          <w:sz w:val="24"/>
          <w:szCs w:val="24"/>
        </w:rPr>
        <w:br/>
      </w:r>
    </w:p>
    <w:p w14:paraId="3A5E67A6" w14:textId="08996A14" w:rsidR="00813D94" w:rsidRPr="00384866" w:rsidRDefault="00384866" w:rsidP="00384866">
      <w:pPr>
        <w:spacing w:line="276" w:lineRule="auto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DC289A" wp14:editId="739F463E">
                <wp:simplePos x="0" y="0"/>
                <wp:positionH relativeFrom="page">
                  <wp:posOffset>5026978</wp:posOffset>
                </wp:positionH>
                <wp:positionV relativeFrom="paragraph">
                  <wp:posOffset>13017</wp:posOffset>
                </wp:positionV>
                <wp:extent cx="2324100" cy="823595"/>
                <wp:effectExtent l="0" t="209550" r="19050" b="262255"/>
                <wp:wrapNone/>
                <wp:docPr id="727317330" name="Strzałka: w le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3963">
                          <a:off x="0" y="0"/>
                          <a:ext cx="2324100" cy="82359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0E5558" w14:textId="77777777" w:rsidR="00384866" w:rsidRDefault="00384866" w:rsidP="0038486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DATA, PODPIS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C289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" o:spid="_x0000_s1026" type="#_x0000_t66" style="position:absolute;margin-left:395.85pt;margin-top:1pt;width:183pt;height:64.85pt;rotation:-1306391fd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" adj="3827" fillcolor="#4f81bd [3204]" strokecolor="#0a121c [484]" strokeweight="2pt">
                <v:textbox>
                  <w:txbxContent>
                    <w:p w14:paraId="240E5558" w14:textId="77777777" w:rsidR="00384866" w:rsidRDefault="00384866" w:rsidP="00384866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DATA, PODPIS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B579C" w:rsidRPr="00384866">
        <w:rPr>
          <w:rFonts w:ascii="Tahoma" w:hAnsi="Tahoma" w:cs="Tahoma"/>
          <w:sz w:val="24"/>
          <w:szCs w:val="24"/>
        </w:rPr>
        <w:t>________________________________</w:t>
      </w:r>
    </w:p>
    <w:p w14:paraId="52BB1329" w14:textId="0A94C6C0" w:rsidR="00813D94" w:rsidRPr="00384866" w:rsidRDefault="009B579C" w:rsidP="00384866">
      <w:pPr>
        <w:spacing w:line="276" w:lineRule="auto"/>
        <w:rPr>
          <w:rFonts w:ascii="Tahoma" w:hAnsi="Tahoma" w:cs="Tahoma"/>
          <w:sz w:val="24"/>
          <w:szCs w:val="24"/>
        </w:rPr>
      </w:pPr>
      <w:r w:rsidRPr="00384866">
        <w:rPr>
          <w:rFonts w:ascii="Tahoma" w:hAnsi="Tahoma" w:cs="Tahoma"/>
          <w:sz w:val="24"/>
          <w:szCs w:val="24"/>
        </w:rPr>
        <w:t>MIEJSCOWOŚĆ I DATA</w:t>
      </w:r>
      <w:r w:rsidR="00384866" w:rsidRPr="00384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8C22B" w14:textId="77777777" w:rsidR="00813D94" w:rsidRPr="00384866" w:rsidRDefault="009B579C" w:rsidP="00384866">
      <w:pPr>
        <w:spacing w:line="276" w:lineRule="auto"/>
        <w:rPr>
          <w:rFonts w:ascii="Tahoma" w:hAnsi="Tahoma" w:cs="Tahoma"/>
          <w:sz w:val="24"/>
          <w:szCs w:val="24"/>
        </w:rPr>
      </w:pPr>
      <w:r w:rsidRPr="00384866">
        <w:rPr>
          <w:rFonts w:ascii="Tahoma" w:hAnsi="Tahoma" w:cs="Tahoma"/>
          <w:sz w:val="24"/>
          <w:szCs w:val="24"/>
        </w:rPr>
        <w:t>________________________________</w:t>
      </w:r>
    </w:p>
    <w:p w14:paraId="6ACDACBB" w14:textId="77777777" w:rsidR="00813D94" w:rsidRDefault="009B579C" w:rsidP="00384866">
      <w:pPr>
        <w:spacing w:line="276" w:lineRule="auto"/>
      </w:pPr>
      <w:r w:rsidRPr="00384866">
        <w:rPr>
          <w:rFonts w:ascii="Tahoma" w:hAnsi="Tahoma" w:cs="Tahoma"/>
          <w:sz w:val="24"/>
          <w:szCs w:val="24"/>
        </w:rPr>
        <w:t>CZYTELNY PODPIS UCZESTNIKA PROJEKTU</w:t>
      </w:r>
    </w:p>
    <w:sectPr w:rsidR="00813D94" w:rsidSect="00034616">
      <w:headerReference w:type="default" r:id="rId8"/>
      <w:footerReference w:type="default" r:id="rId9"/>
      <w:pgSz w:w="12240" w:h="15840"/>
      <w:pgMar w:top="964" w:right="964" w:bottom="964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62C9" w14:textId="77777777" w:rsidR="009B579C" w:rsidRDefault="009B579C">
      <w:pPr>
        <w:spacing w:after="0" w:line="240" w:lineRule="auto"/>
      </w:pPr>
      <w:r>
        <w:separator/>
      </w:r>
    </w:p>
  </w:endnote>
  <w:endnote w:type="continuationSeparator" w:id="0">
    <w:p w14:paraId="0EDE6BE9" w14:textId="77777777" w:rsidR="009B579C" w:rsidRDefault="009B5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15B6" w14:textId="77777777" w:rsidR="00813D94" w:rsidRDefault="009B579C">
    <w:pPr>
      <w:pStyle w:val="Stopka"/>
    </w:pPr>
    <w:r>
      <w:rPr>
        <w:b/>
        <w:sz w:val="16"/>
      </w:rPr>
      <w:t>PROJEKT: WSPARCIE NA (RE)STARCIE  |  FEMP.06.06-IP.02-0050/25</w:t>
    </w:r>
  </w:p>
  <w:p w14:paraId="4C0ECC7F" w14:textId="77777777" w:rsidR="00813D94" w:rsidRDefault="009B579C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C901FA">
      <w:rPr>
        <w:sz w:val="16"/>
      </w:rPr>
      <w:fldChar w:fldCharType="separate"/>
    </w:r>
    <w:r w:rsidR="00C901FA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493C" w14:textId="77777777" w:rsidR="009B579C" w:rsidRDefault="009B579C">
      <w:pPr>
        <w:spacing w:after="0" w:line="240" w:lineRule="auto"/>
      </w:pPr>
      <w:r>
        <w:separator/>
      </w:r>
    </w:p>
  </w:footnote>
  <w:footnote w:type="continuationSeparator" w:id="0">
    <w:p w14:paraId="2859AAE3" w14:textId="77777777" w:rsidR="009B579C" w:rsidRDefault="009B5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B4DD" w14:textId="77777777" w:rsidR="00813D94" w:rsidRDefault="009B579C">
    <w:pPr>
      <w:pStyle w:val="Nagwek"/>
      <w:pBdr>
        <w:bottom w:val="single" w:sz="8" w:space="4" w:color="4A708B"/>
      </w:pBdr>
      <w:jc w:val="center"/>
    </w:pPr>
    <w:r>
      <w:rPr>
        <w:noProof/>
      </w:rPr>
      <w:drawing>
        <wp:inline distT="0" distB="0" distL="0" distR="0" wp14:anchorId="5B0DA7AF" wp14:editId="35E6D86A">
          <wp:extent cx="5976000" cy="512229"/>
          <wp:effectExtent l="0" t="0" r="0" b="0"/>
          <wp:docPr id="1" name="Logotypy programu" descr="Logotypy Fundusze Europejskie dla Małopolski, Rzeczpospolita Polska, Unia Europejska i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51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3282917">
    <w:abstractNumId w:val="8"/>
  </w:num>
  <w:num w:numId="2" w16cid:durableId="1015690991">
    <w:abstractNumId w:val="6"/>
  </w:num>
  <w:num w:numId="3" w16cid:durableId="1836071628">
    <w:abstractNumId w:val="5"/>
  </w:num>
  <w:num w:numId="4" w16cid:durableId="253322817">
    <w:abstractNumId w:val="4"/>
  </w:num>
  <w:num w:numId="5" w16cid:durableId="1047072764">
    <w:abstractNumId w:val="7"/>
  </w:num>
  <w:num w:numId="6" w16cid:durableId="687223407">
    <w:abstractNumId w:val="3"/>
  </w:num>
  <w:num w:numId="7" w16cid:durableId="730007341">
    <w:abstractNumId w:val="2"/>
  </w:num>
  <w:num w:numId="8" w16cid:durableId="1412966229">
    <w:abstractNumId w:val="1"/>
  </w:num>
  <w:num w:numId="9" w16cid:durableId="122194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4866"/>
    <w:rsid w:val="00495560"/>
    <w:rsid w:val="007637D9"/>
    <w:rsid w:val="00813D94"/>
    <w:rsid w:val="008268C8"/>
    <w:rsid w:val="009B579C"/>
    <w:rsid w:val="00AA1D8D"/>
    <w:rsid w:val="00B47730"/>
    <w:rsid w:val="00C901F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65647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Oświadczenie o aktualności i niezmienności danych</vt:lpstr>
      <vt:lpstr/>
    </vt:vector>
  </TitlesOfParts>
  <Manager/>
  <Company/>
  <LinksUpToDate>false</LinksUpToDate>
  <CharactersWithSpaces>1745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aktualności i niezmienności danych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4</cp:revision>
  <dcterms:created xsi:type="dcterms:W3CDTF">2013-12-23T23:15:00Z</dcterms:created>
  <dcterms:modified xsi:type="dcterms:W3CDTF">2026-09-13T13:01:00Z</dcterms:modified>
  <cp:category/>
</cp:coreProperties>
</file>